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552"/>
        <w:gridCol w:w="3384"/>
      </w:tblGrid>
      <w:tr w:rsidR="003134B8" w14:paraId="45E81C04" w14:textId="77777777">
        <w:trPr>
          <w:jc w:val="center"/>
        </w:trPr>
        <w:tc>
          <w:tcPr>
            <w:tcW w:w="65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79F775" w14:textId="77777777" w:rsidR="003134B8" w:rsidRDefault="002C147A">
            <w:pPr>
              <w:spacing w:after="0"/>
            </w:pPr>
            <w:r>
              <w:rPr>
                <w:b/>
                <w:color w:val="1F5F52"/>
                <w:sz w:val="16"/>
              </w:rPr>
              <w:t>AUSTRALIA</w:t>
            </w:r>
          </w:p>
          <w:p w14:paraId="061734CD" w14:textId="77777777" w:rsidR="003134B8" w:rsidRDefault="002C147A">
            <w:pPr>
              <w:spacing w:after="20"/>
            </w:pPr>
            <w:r>
              <w:rPr>
                <w:b/>
                <w:sz w:val="50"/>
              </w:rPr>
              <w:t>TAX INVOICE</w:t>
            </w:r>
          </w:p>
          <w:p w14:paraId="43514DB3" w14:textId="77777777" w:rsidR="003134B8" w:rsidRDefault="002C147A">
            <w:pPr>
              <w:spacing w:after="0"/>
            </w:pPr>
            <w:r>
              <w:rPr>
                <w:color w:val="5E6C65"/>
                <w:sz w:val="16"/>
              </w:rPr>
              <w:t>Editable Word template • totals update with F9</w:t>
            </w:r>
          </w:p>
        </w:tc>
        <w:tc>
          <w:tcPr>
            <w:tcW w:w="33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1EB2D5" w14:textId="77777777" w:rsidR="003134B8" w:rsidRDefault="002C147A">
            <w:pPr>
              <w:spacing w:after="0"/>
            </w:pPr>
            <w:r>
              <w:rPr>
                <w:b/>
                <w:sz w:val="16"/>
              </w:rPr>
              <w:t>Invoice no.  ____________________</w:t>
            </w:r>
          </w:p>
          <w:p w14:paraId="31BF50F3" w14:textId="77777777" w:rsidR="003134B8" w:rsidRDefault="002C147A">
            <w:pPr>
              <w:spacing w:after="20"/>
            </w:pPr>
            <w:r>
              <w:rPr>
                <w:sz w:val="16"/>
              </w:rPr>
              <w:t>Issue date   ____________________</w:t>
            </w:r>
          </w:p>
          <w:p w14:paraId="13913D44" w14:textId="77777777" w:rsidR="003134B8" w:rsidRDefault="002C147A">
            <w:pPr>
              <w:spacing w:after="20"/>
            </w:pPr>
            <w:r>
              <w:rPr>
                <w:sz w:val="16"/>
              </w:rPr>
              <w:t>Due date     ____________________</w:t>
            </w:r>
          </w:p>
        </w:tc>
      </w:tr>
    </w:tbl>
    <w:p w14:paraId="748795C6" w14:textId="77777777" w:rsidR="003134B8" w:rsidRDefault="003134B8">
      <w:pPr>
        <w:spacing w:after="0"/>
      </w:pPr>
    </w:p>
    <w:tbl>
      <w:tblPr>
        <w:tblW w:w="0" w:type="auto"/>
        <w:jc w:val="center"/>
        <w:tblBorders>
          <w:top w:val="single" w:sz="5" w:space="0" w:color="D7DDD9"/>
          <w:left w:val="single" w:sz="5" w:space="0" w:color="D7DDD9"/>
          <w:bottom w:val="single" w:sz="5" w:space="0" w:color="D7DDD9"/>
          <w:right w:val="single" w:sz="5" w:space="0" w:color="D7DDD9"/>
          <w:insideH w:val="single" w:sz="5" w:space="0" w:color="D7DDD9"/>
          <w:insideV w:val="single" w:sz="5" w:space="0" w:color="D7DDD9"/>
        </w:tblBorders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3134B8" w14:paraId="4070A086" w14:textId="77777777">
        <w:trPr>
          <w:jc w:val="center"/>
        </w:trPr>
        <w:tc>
          <w:tcPr>
            <w:tcW w:w="4968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089C258" w14:textId="77777777" w:rsidR="003134B8" w:rsidRDefault="002C147A">
            <w:pPr>
              <w:spacing w:after="20"/>
            </w:pPr>
            <w:r>
              <w:rPr>
                <w:b/>
                <w:color w:val="5E6C65"/>
                <w:sz w:val="14"/>
              </w:rPr>
              <w:t>FROM / SELLER</w:t>
            </w:r>
          </w:p>
          <w:p w14:paraId="0FF175B9" w14:textId="77777777" w:rsidR="003134B8" w:rsidRDefault="002C147A">
            <w:pPr>
              <w:spacing w:after="0"/>
            </w:pPr>
            <w:r>
              <w:t>Business or legal name</w:t>
            </w:r>
            <w:r>
              <w:br/>
              <w:t>Address</w:t>
            </w:r>
            <w:r>
              <w:br/>
              <w:t>Email / phone</w:t>
            </w:r>
            <w:r>
              <w:br/>
              <w:t>Seller ABN:</w:t>
            </w:r>
          </w:p>
        </w:tc>
        <w:tc>
          <w:tcPr>
            <w:tcW w:w="4968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D3E062F" w14:textId="77777777" w:rsidR="003134B8" w:rsidRDefault="002C147A">
            <w:pPr>
              <w:spacing w:after="20"/>
            </w:pPr>
            <w:r>
              <w:rPr>
                <w:b/>
                <w:color w:val="5E6C65"/>
                <w:sz w:val="14"/>
              </w:rPr>
              <w:t>BILL TO / CUSTOMER</w:t>
            </w:r>
          </w:p>
          <w:p w14:paraId="0F8019F6" w14:textId="77777777" w:rsidR="003134B8" w:rsidRDefault="002C147A">
            <w:pPr>
              <w:spacing w:after="0"/>
            </w:pPr>
            <w:r>
              <w:t>Customer name</w:t>
            </w:r>
            <w:r>
              <w:br/>
              <w:t>Billing address</w:t>
            </w:r>
            <w:r>
              <w:br/>
              <w:t>Email / phone</w:t>
            </w:r>
            <w:r>
              <w:br/>
              <w:t>Buyer name or ABN (required at A$1,000+):</w:t>
            </w:r>
          </w:p>
        </w:tc>
      </w:tr>
    </w:tbl>
    <w:p w14:paraId="3BCB0A53" w14:textId="77777777" w:rsidR="003134B8" w:rsidRDefault="003134B8">
      <w:pPr>
        <w:spacing w:after="0"/>
      </w:pPr>
    </w:p>
    <w:tbl>
      <w:tblPr>
        <w:tblW w:w="0" w:type="auto"/>
        <w:jc w:val="center"/>
        <w:tblBorders>
          <w:top w:val="single" w:sz="5" w:space="0" w:color="D7DDD9"/>
          <w:left w:val="single" w:sz="5" w:space="0" w:color="D7DDD9"/>
          <w:bottom w:val="single" w:sz="5" w:space="0" w:color="D7DDD9"/>
          <w:right w:val="single" w:sz="5" w:space="0" w:color="D7DDD9"/>
          <w:insideH w:val="single" w:sz="5" w:space="0" w:color="D7DDD9"/>
          <w:insideV w:val="single" w:sz="5" w:space="0" w:color="D7DDD9"/>
        </w:tblBorders>
        <w:tblLayout w:type="fixed"/>
        <w:tblLook w:val="04A0" w:firstRow="1" w:lastRow="0" w:firstColumn="1" w:lastColumn="0" w:noHBand="0" w:noVBand="1"/>
      </w:tblPr>
      <w:tblGrid>
        <w:gridCol w:w="4824"/>
        <w:gridCol w:w="1080"/>
        <w:gridCol w:w="1800"/>
        <w:gridCol w:w="2232"/>
      </w:tblGrid>
      <w:tr w:rsidR="003134B8" w14:paraId="124FE4C5" w14:textId="77777777">
        <w:trPr>
          <w:cantSplit/>
          <w:tblHeader/>
          <w:jc w:val="center"/>
        </w:trPr>
        <w:tc>
          <w:tcPr>
            <w:tcW w:w="4824" w:type="dxa"/>
            <w:shd w:val="clear" w:color="auto" w:fill="1F5F5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57DD3A" w14:textId="77777777" w:rsidR="003134B8" w:rsidRDefault="002C147A">
            <w:pPr>
              <w:spacing w:after="0"/>
            </w:pPr>
            <w:r>
              <w:rPr>
                <w:b/>
                <w:color w:val="FFFFFF"/>
                <w:sz w:val="16"/>
              </w:rPr>
              <w:t>Goods or services</w:t>
            </w:r>
          </w:p>
        </w:tc>
        <w:tc>
          <w:tcPr>
            <w:tcW w:w="1080" w:type="dxa"/>
            <w:shd w:val="clear" w:color="auto" w:fill="1F5F5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CEFA6D" w14:textId="77777777" w:rsidR="003134B8" w:rsidRDefault="002C147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w="1800" w:type="dxa"/>
            <w:shd w:val="clear" w:color="auto" w:fill="1F5F5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69E0EC" w14:textId="77777777" w:rsidR="003134B8" w:rsidRDefault="002C147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Unit price</w:t>
            </w:r>
          </w:p>
        </w:tc>
        <w:tc>
          <w:tcPr>
            <w:tcW w:w="2232" w:type="dxa"/>
            <w:shd w:val="clear" w:color="auto" w:fill="1F5F5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E66F7D" w14:textId="77777777" w:rsidR="003134B8" w:rsidRDefault="002C147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 w:rsidR="003134B8" w14:paraId="78223CC9" w14:textId="77777777">
        <w:trPr>
          <w:cantSplit/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0806FA" w14:textId="77777777" w:rsidR="003134B8" w:rsidRDefault="002C147A">
            <w:pPr>
              <w:spacing w:after="0"/>
            </w:pPr>
            <w:r>
              <w:t xml:space="preserve"> 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005B25" w14:textId="77777777" w:rsidR="003134B8" w:rsidRDefault="002C147A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B5685D" w14:textId="77777777" w:rsidR="003134B8" w:rsidRDefault="002C147A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71B463" w14:textId="5815874C" w:rsidR="003134B8" w:rsidRDefault="002C147A">
            <w:pPr>
              <w:spacing w:after="0"/>
              <w:jc w:val="right"/>
            </w:pPr>
            <w:r>
              <w:fldChar w:fldCharType="begin"/>
            </w:r>
            <w:r>
              <w:instrText>=PRODUCT(LEFT) \# "A$#,##0.00"</w:instrText>
            </w:r>
            <w:r>
              <w:fldChar w:fldCharType="separate"/>
            </w:r>
            <w:r w:rsidR="004E587C">
              <w:rPr>
                <w:noProof/>
              </w:rPr>
              <w:t>A$   0.00</w:t>
            </w:r>
            <w:r>
              <w:fldChar w:fldCharType="end"/>
            </w:r>
          </w:p>
        </w:tc>
      </w:tr>
      <w:tr w:rsidR="003134B8" w14:paraId="2286877B" w14:textId="77777777">
        <w:trPr>
          <w:cantSplit/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82F0EA" w14:textId="77777777" w:rsidR="003134B8" w:rsidRDefault="002C147A">
            <w:pPr>
              <w:spacing w:after="0"/>
            </w:pPr>
            <w:r>
              <w:t xml:space="preserve"> 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6131A0" w14:textId="77777777" w:rsidR="003134B8" w:rsidRDefault="002C147A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B9A131" w14:textId="77777777" w:rsidR="003134B8" w:rsidRDefault="002C147A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699504" w14:textId="7FDACD24" w:rsidR="003134B8" w:rsidRDefault="002C147A">
            <w:pPr>
              <w:spacing w:after="0"/>
              <w:jc w:val="right"/>
            </w:pPr>
            <w:r>
              <w:fldChar w:fldCharType="begin"/>
            </w:r>
            <w:r>
              <w:instrText>=PRODUCT(LEFT) \# "A$#,##0.00"</w:instrText>
            </w:r>
            <w:r>
              <w:fldChar w:fldCharType="separate"/>
            </w:r>
            <w:r w:rsidR="004E587C">
              <w:rPr>
                <w:noProof/>
              </w:rPr>
              <w:t>A$   0.00</w:t>
            </w:r>
            <w:r>
              <w:fldChar w:fldCharType="end"/>
            </w:r>
          </w:p>
        </w:tc>
      </w:tr>
      <w:tr w:rsidR="003134B8" w14:paraId="2285A170" w14:textId="77777777">
        <w:trPr>
          <w:cantSplit/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084909" w14:textId="77777777" w:rsidR="003134B8" w:rsidRDefault="002C147A">
            <w:pPr>
              <w:spacing w:after="0"/>
            </w:pPr>
            <w:r>
              <w:t xml:space="preserve"> 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E69F75" w14:textId="77777777" w:rsidR="003134B8" w:rsidRDefault="002C147A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802665" w14:textId="77777777" w:rsidR="003134B8" w:rsidRDefault="002C147A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4DB0D5" w14:textId="5E8FD0B2" w:rsidR="003134B8" w:rsidRDefault="002C147A">
            <w:pPr>
              <w:spacing w:after="0"/>
              <w:jc w:val="right"/>
            </w:pPr>
            <w:r>
              <w:fldChar w:fldCharType="begin"/>
            </w:r>
            <w:r>
              <w:instrText>=PRODUCT(LEFT) \# "A$#,##0.00"</w:instrText>
            </w:r>
            <w:r>
              <w:fldChar w:fldCharType="separate"/>
            </w:r>
            <w:r w:rsidR="004E587C">
              <w:rPr>
                <w:noProof/>
              </w:rPr>
              <w:t>A$   0.00</w:t>
            </w:r>
            <w:r>
              <w:fldChar w:fldCharType="end"/>
            </w:r>
          </w:p>
        </w:tc>
      </w:tr>
      <w:tr w:rsidR="003134B8" w14:paraId="2D1B4471" w14:textId="77777777">
        <w:trPr>
          <w:cantSplit/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8F1928" w14:textId="77777777" w:rsidR="003134B8" w:rsidRDefault="002C147A">
            <w:pPr>
              <w:spacing w:after="0"/>
            </w:pPr>
            <w:r>
              <w:t xml:space="preserve"> </w:t>
            </w: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C4FAB5" w14:textId="77777777" w:rsidR="003134B8" w:rsidRDefault="002C147A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D2D03E" w14:textId="77777777" w:rsidR="003134B8" w:rsidRDefault="002C147A">
            <w:pPr>
              <w:spacing w:after="0"/>
              <w:jc w:val="right"/>
            </w:pPr>
            <w:r>
              <w:t xml:space="preserve"> 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8B8FDF" w14:textId="68711CEC" w:rsidR="003134B8" w:rsidRDefault="002C147A">
            <w:pPr>
              <w:spacing w:after="0"/>
              <w:jc w:val="right"/>
            </w:pPr>
            <w:r>
              <w:fldChar w:fldCharType="begin"/>
            </w:r>
            <w:r>
              <w:instrText>=PRODUCT(LEFT) \# "A$#,##0.00"</w:instrText>
            </w:r>
            <w:r>
              <w:fldChar w:fldCharType="separate"/>
            </w:r>
            <w:r w:rsidR="004E587C">
              <w:rPr>
                <w:noProof/>
              </w:rPr>
              <w:t>A$   0.00</w:t>
            </w:r>
            <w:r>
              <w:fldChar w:fldCharType="end"/>
            </w:r>
          </w:p>
        </w:tc>
      </w:tr>
      <w:tr w:rsidR="003134B8" w14:paraId="6FDAAA1B" w14:textId="77777777">
        <w:trPr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1D6225" w14:textId="77777777" w:rsidR="003134B8" w:rsidRDefault="003134B8">
            <w:pPr>
              <w:spacing w:after="0"/>
            </w:pP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4AD6AC" w14:textId="77777777" w:rsidR="003134B8" w:rsidRDefault="003134B8">
            <w:pPr>
              <w:spacing w:after="0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1A44EC" w14:textId="77777777" w:rsidR="003134B8" w:rsidRDefault="002C147A">
            <w:pPr>
              <w:spacing w:after="0"/>
              <w:jc w:val="right"/>
            </w:pPr>
            <w:r>
              <w:rPr>
                <w:b/>
              </w:rPr>
              <w:t>Subtotal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D2F3AB" w14:textId="7AD6F4B7" w:rsidR="003134B8" w:rsidRDefault="002C147A">
            <w:pPr>
              <w:spacing w:after="0"/>
              <w:jc w:val="right"/>
            </w:pPr>
            <w:r>
              <w:fldChar w:fldCharType="begin"/>
            </w:r>
            <w:r>
              <w:instrText>=SUM(ABOVE) \# "A$#,##0.00"</w:instrText>
            </w:r>
            <w:r>
              <w:fldChar w:fldCharType="separate"/>
            </w:r>
            <w:r w:rsidR="004E587C">
              <w:rPr>
                <w:noProof/>
              </w:rPr>
              <w:t>A$   0.00</w:t>
            </w:r>
            <w:r>
              <w:fldChar w:fldCharType="end"/>
            </w:r>
          </w:p>
        </w:tc>
      </w:tr>
      <w:tr w:rsidR="003134B8" w14:paraId="6F3FDA7C" w14:textId="77777777">
        <w:trPr>
          <w:jc w:val="center"/>
        </w:trPr>
        <w:tc>
          <w:tcPr>
            <w:tcW w:w="482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BCB67C" w14:textId="77777777" w:rsidR="003134B8" w:rsidRDefault="003134B8">
            <w:pPr>
              <w:spacing w:after="0"/>
            </w:pPr>
          </w:p>
        </w:tc>
        <w:tc>
          <w:tcPr>
            <w:tcW w:w="10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B18373" w14:textId="77777777" w:rsidR="003134B8" w:rsidRDefault="003134B8">
            <w:pPr>
              <w:spacing w:after="0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0C826F" w14:textId="77777777" w:rsidR="003134B8" w:rsidRDefault="002C147A">
            <w:pPr>
              <w:spacing w:after="0"/>
              <w:jc w:val="right"/>
            </w:pPr>
            <w:r>
              <w:t>GST amount (enter verified amount)</w:t>
            </w:r>
          </w:p>
        </w:tc>
        <w:tc>
          <w:tcPr>
            <w:tcW w:w="22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F4A3E2" w14:textId="77777777" w:rsidR="003134B8" w:rsidRDefault="003134B8">
            <w:pPr>
              <w:spacing w:after="0"/>
              <w:jc w:val="right"/>
            </w:pPr>
          </w:p>
        </w:tc>
      </w:tr>
      <w:tr w:rsidR="003134B8" w14:paraId="245886C1" w14:textId="77777777">
        <w:trPr>
          <w:jc w:val="center"/>
        </w:trPr>
        <w:tc>
          <w:tcPr>
            <w:tcW w:w="4824" w:type="dxa"/>
            <w:shd w:val="clear" w:color="auto" w:fill="EEF2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ADA886" w14:textId="77777777" w:rsidR="003134B8" w:rsidRDefault="003134B8">
            <w:pPr>
              <w:spacing w:after="0"/>
            </w:pPr>
          </w:p>
        </w:tc>
        <w:tc>
          <w:tcPr>
            <w:tcW w:w="1080" w:type="dxa"/>
            <w:shd w:val="clear" w:color="auto" w:fill="EEF2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272905" w14:textId="77777777" w:rsidR="003134B8" w:rsidRDefault="003134B8">
            <w:pPr>
              <w:spacing w:after="0"/>
            </w:pPr>
          </w:p>
        </w:tc>
        <w:tc>
          <w:tcPr>
            <w:tcW w:w="1800" w:type="dxa"/>
            <w:shd w:val="clear" w:color="auto" w:fill="EEF2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5D86E6" w14:textId="77777777" w:rsidR="003134B8" w:rsidRDefault="002C147A">
            <w:pPr>
              <w:spacing w:after="0"/>
              <w:jc w:val="right"/>
            </w:pPr>
            <w:r>
              <w:rPr>
                <w:b/>
              </w:rPr>
              <w:t>Invoice total</w:t>
            </w:r>
          </w:p>
        </w:tc>
        <w:tc>
          <w:tcPr>
            <w:tcW w:w="2232" w:type="dxa"/>
            <w:shd w:val="clear" w:color="auto" w:fill="EEF2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0CF679" w14:textId="2C0BF9AF" w:rsidR="003134B8" w:rsidRDefault="002C147A">
            <w:pPr>
              <w:spacing w:after="0"/>
              <w:jc w:val="right"/>
            </w:pPr>
            <w:r>
              <w:fldChar w:fldCharType="begin"/>
            </w:r>
            <w:r>
              <w:instrText>=D6+D7 \# "A$#,##0.00"</w:instrText>
            </w:r>
            <w:r>
              <w:fldChar w:fldCharType="separate"/>
            </w:r>
            <w:r w:rsidR="004E587C">
              <w:rPr>
                <w:noProof/>
              </w:rPr>
              <w:t>A$   0.00</w:t>
            </w:r>
            <w:r>
              <w:fldChar w:fldCharType="end"/>
            </w:r>
          </w:p>
        </w:tc>
      </w:tr>
    </w:tbl>
    <w:p w14:paraId="73366B42" w14:textId="77777777" w:rsidR="003134B8" w:rsidRDefault="003134B8">
      <w:pPr>
        <w:spacing w:after="0"/>
      </w:pPr>
    </w:p>
    <w:tbl>
      <w:tblPr>
        <w:tblW w:w="0" w:type="auto"/>
        <w:jc w:val="center"/>
        <w:tblBorders>
          <w:top w:val="single" w:sz="5" w:space="0" w:color="D7DDD9"/>
          <w:left w:val="single" w:sz="5" w:space="0" w:color="D7DDD9"/>
          <w:bottom w:val="single" w:sz="5" w:space="0" w:color="D7DDD9"/>
          <w:right w:val="single" w:sz="5" w:space="0" w:color="D7DDD9"/>
          <w:insideH w:val="single" w:sz="5" w:space="0" w:color="D7DDD9"/>
          <w:insideV w:val="single" w:sz="5" w:space="0" w:color="D7DDD9"/>
        </w:tblBorders>
        <w:tblLayout w:type="fixed"/>
        <w:tblLook w:val="04A0" w:firstRow="1" w:lastRow="0" w:firstColumn="1" w:lastColumn="0" w:noHBand="0" w:noVBand="1"/>
      </w:tblPr>
      <w:tblGrid>
        <w:gridCol w:w="6264"/>
        <w:gridCol w:w="3672"/>
      </w:tblGrid>
      <w:tr w:rsidR="003134B8" w14:paraId="0006CD28" w14:textId="77777777">
        <w:trPr>
          <w:jc w:val="center"/>
        </w:trPr>
        <w:tc>
          <w:tcPr>
            <w:tcW w:w="626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9BDB851" w14:textId="77777777" w:rsidR="003134B8" w:rsidRDefault="002C147A">
            <w:pPr>
              <w:spacing w:after="20"/>
            </w:pPr>
            <w:r>
              <w:rPr>
                <w:b/>
                <w:color w:val="5E6C65"/>
                <w:sz w:val="14"/>
              </w:rPr>
              <w:t>NOTES / SERVICE PERIOD</w:t>
            </w:r>
          </w:p>
          <w:p w14:paraId="4E54C049" w14:textId="77777777" w:rsidR="003134B8" w:rsidRDefault="002C147A">
            <w:pPr>
              <w:spacing w:after="0"/>
            </w:pPr>
            <w:r>
              <w:t>Terms, service date, purchase order or supporting details</w:t>
            </w:r>
          </w:p>
        </w:tc>
        <w:tc>
          <w:tcPr>
            <w:tcW w:w="367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4618797" w14:textId="77777777" w:rsidR="003134B8" w:rsidRDefault="002C147A">
            <w:pPr>
              <w:spacing w:after="20"/>
            </w:pPr>
            <w:r>
              <w:rPr>
                <w:b/>
                <w:color w:val="5E6C65"/>
                <w:sz w:val="14"/>
              </w:rPr>
              <w:t>PAYMENT DETAILS</w:t>
            </w:r>
          </w:p>
          <w:p w14:paraId="4C9B61E1" w14:textId="77777777" w:rsidR="003134B8" w:rsidRDefault="002C147A">
            <w:pPr>
              <w:spacing w:after="0"/>
            </w:pPr>
            <w:r>
              <w:t>Method, account or reference</w:t>
            </w:r>
          </w:p>
        </w:tc>
      </w:tr>
    </w:tbl>
    <w:p w14:paraId="1FF937E6" w14:textId="77777777" w:rsidR="003134B8" w:rsidRDefault="002C147A">
      <w:pPr>
        <w:spacing w:before="80" w:after="0"/>
      </w:pPr>
      <w:r>
        <w:rPr>
          <w:color w:val="5E6C65"/>
          <w:sz w:val="15"/>
        </w:rPr>
        <w:t>Australia: mark the document Tax Invoice, enter seller ABN, and identify the buyer or buyer ABN for sales of A$1,000 or more. Enter verified GST yourself.</w:t>
      </w:r>
    </w:p>
    <w:sectPr w:rsidR="003134B8" w:rsidSect="00034616">
      <w:footerReference w:type="default" r:id="rId8"/>
      <w:pgSz w:w="12240" w:h="15840"/>
      <w:pgMar w:top="605" w:right="1123" w:bottom="605" w:left="1123" w:header="720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E041F" w14:textId="77777777" w:rsidR="002C147A" w:rsidRDefault="002C147A">
      <w:pPr>
        <w:spacing w:after="0"/>
      </w:pPr>
      <w:r>
        <w:separator/>
      </w:r>
    </w:p>
  </w:endnote>
  <w:endnote w:type="continuationSeparator" w:id="0">
    <w:p w14:paraId="049FEA77" w14:textId="77777777" w:rsidR="002C147A" w:rsidRDefault="002C147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400EC" w14:textId="77777777" w:rsidR="003134B8" w:rsidRDefault="002C147A">
    <w:pPr>
      <w:pStyle w:val="a7"/>
      <w:jc w:val="center"/>
    </w:pPr>
    <w:r>
      <w:rPr>
        <w:color w:val="5E6C65"/>
        <w:sz w:val="14"/>
      </w:rPr>
      <w:t>Free template from invosmith.com  •  no sign-up  •  no watermark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1949C" w14:textId="77777777" w:rsidR="002C147A" w:rsidRDefault="002C147A">
      <w:pPr>
        <w:spacing w:after="0"/>
      </w:pPr>
      <w:r>
        <w:separator/>
      </w:r>
    </w:p>
  </w:footnote>
  <w:footnote w:type="continuationSeparator" w:id="0">
    <w:p w14:paraId="5E901591" w14:textId="77777777" w:rsidR="002C147A" w:rsidRDefault="002C147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0663754">
    <w:abstractNumId w:val="8"/>
  </w:num>
  <w:num w:numId="2" w16cid:durableId="1328050435">
    <w:abstractNumId w:val="6"/>
  </w:num>
  <w:num w:numId="3" w16cid:durableId="1173767043">
    <w:abstractNumId w:val="5"/>
  </w:num>
  <w:num w:numId="4" w16cid:durableId="856119401">
    <w:abstractNumId w:val="4"/>
  </w:num>
  <w:num w:numId="5" w16cid:durableId="1051997320">
    <w:abstractNumId w:val="7"/>
  </w:num>
  <w:num w:numId="6" w16cid:durableId="1725786720">
    <w:abstractNumId w:val="3"/>
  </w:num>
  <w:num w:numId="7" w16cid:durableId="679966658">
    <w:abstractNumId w:val="2"/>
  </w:num>
  <w:num w:numId="8" w16cid:durableId="1876768526">
    <w:abstractNumId w:val="1"/>
  </w:num>
  <w:num w:numId="9" w16cid:durableId="1431778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C147A"/>
    <w:rsid w:val="003134B8"/>
    <w:rsid w:val="00326F90"/>
    <w:rsid w:val="00456534"/>
    <w:rsid w:val="004E587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C3607E"/>
  <w14:defaultImageDpi w14:val="300"/>
  <w15:docId w15:val="{DF5F837F-32A4-499E-8553-E675A2C5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hAnsi="Arial"/>
      <w:color w:val="17251F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Australia tax invoice — free Word invoice template</dc:title>
  <dc:subject>Editable invoice template with Word formula fields</dc:subject>
  <dc:creator>Invosmith</dc:creator>
  <cp:keywords>invoice, Microsoft Word, docx, template</cp:keywords>
  <dc:description>generated by python-docx</dc:description>
  <cp:lastModifiedBy>昊 徐</cp:lastModifiedBy>
  <cp:revision>2</cp:revision>
  <dcterms:created xsi:type="dcterms:W3CDTF">2013-12-23T23:15:00Z</dcterms:created>
  <dcterms:modified xsi:type="dcterms:W3CDTF">2026-09-26T17:47:00Z</dcterms:modified>
  <cp:category/>
</cp:coreProperties>
</file>