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552"/>
        <w:gridCol w:w="3384"/>
      </w:tblGrid>
      <w:tr w:rsidR="00423FBA" w14:paraId="28216343" w14:textId="77777777">
        <w:trPr>
          <w:jc w:val="center"/>
        </w:trPr>
        <w:tc>
          <w:tcPr>
            <w:tcW w:w="6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A6681E" w14:textId="77777777" w:rsidR="00423FBA" w:rsidRDefault="00A60AA0">
            <w:pPr>
              <w:spacing w:after="0"/>
            </w:pPr>
            <w:r>
              <w:rPr>
                <w:b/>
                <w:color w:val="6B4D72"/>
                <w:sz w:val="16"/>
              </w:rPr>
              <w:t>STAGED PAYMENT</w:t>
            </w:r>
          </w:p>
          <w:p w14:paraId="79F51BDD" w14:textId="77777777" w:rsidR="00423FBA" w:rsidRDefault="00A60AA0">
            <w:pPr>
              <w:spacing w:after="20"/>
            </w:pPr>
            <w:r>
              <w:rPr>
                <w:b/>
                <w:sz w:val="50"/>
              </w:rPr>
              <w:t>INVOICE</w:t>
            </w:r>
          </w:p>
          <w:p w14:paraId="4B3AECBD" w14:textId="77777777" w:rsidR="00423FBA" w:rsidRDefault="00A60AA0">
            <w:pPr>
              <w:spacing w:after="0"/>
            </w:pPr>
            <w:r>
              <w:rPr>
                <w:color w:val="5E6C65"/>
                <w:sz w:val="16"/>
              </w:rPr>
              <w:t>Editable Word template • totals update with F9</w:t>
            </w:r>
          </w:p>
        </w:tc>
        <w:tc>
          <w:tcPr>
            <w:tcW w:w="33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98E774" w14:textId="77777777" w:rsidR="00423FBA" w:rsidRDefault="00A60AA0">
            <w:pPr>
              <w:spacing w:after="0"/>
            </w:pPr>
            <w:r>
              <w:rPr>
                <w:b/>
                <w:sz w:val="16"/>
              </w:rPr>
              <w:t>Invoice no.  ____________________</w:t>
            </w:r>
          </w:p>
          <w:p w14:paraId="3AF409FC" w14:textId="77777777" w:rsidR="00423FBA" w:rsidRDefault="00A60AA0">
            <w:pPr>
              <w:spacing w:after="20"/>
            </w:pPr>
            <w:r>
              <w:rPr>
                <w:sz w:val="16"/>
              </w:rPr>
              <w:t>Issue date   ____________________</w:t>
            </w:r>
          </w:p>
          <w:p w14:paraId="3F2FCEE8" w14:textId="77777777" w:rsidR="00423FBA" w:rsidRDefault="00A60AA0">
            <w:pPr>
              <w:spacing w:after="20"/>
            </w:pPr>
            <w:r>
              <w:rPr>
                <w:sz w:val="16"/>
              </w:rPr>
              <w:t>Due date     ____________________</w:t>
            </w:r>
          </w:p>
        </w:tc>
      </w:tr>
    </w:tbl>
    <w:p w14:paraId="23E9D809" w14:textId="77777777" w:rsidR="00423FBA" w:rsidRDefault="00423FBA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423FBA" w14:paraId="204EAC86" w14:textId="77777777">
        <w:trPr>
          <w:jc w:val="center"/>
        </w:trPr>
        <w:tc>
          <w:tcPr>
            <w:tcW w:w="496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D118AD0" w14:textId="77777777" w:rsidR="00423FBA" w:rsidRDefault="00A60AA0">
            <w:pPr>
              <w:spacing w:after="20"/>
            </w:pPr>
            <w:r>
              <w:rPr>
                <w:b/>
                <w:color w:val="5E6C65"/>
                <w:sz w:val="14"/>
              </w:rPr>
              <w:t>FROM / SELLER</w:t>
            </w:r>
          </w:p>
          <w:p w14:paraId="05073A96" w14:textId="77777777" w:rsidR="00423FBA" w:rsidRDefault="00A60AA0">
            <w:pPr>
              <w:spacing w:after="0"/>
            </w:pPr>
            <w:r>
              <w:t>Business or legal name</w:t>
            </w:r>
            <w:r>
              <w:br/>
              <w:t>Address</w:t>
            </w:r>
            <w:r>
              <w:br/>
              <w:t>Email / phone</w:t>
            </w:r>
          </w:p>
        </w:tc>
        <w:tc>
          <w:tcPr>
            <w:tcW w:w="496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15F4AFD" w14:textId="77777777" w:rsidR="00423FBA" w:rsidRDefault="00A60AA0">
            <w:pPr>
              <w:spacing w:after="20"/>
            </w:pPr>
            <w:r>
              <w:rPr>
                <w:b/>
                <w:color w:val="5E6C65"/>
                <w:sz w:val="14"/>
              </w:rPr>
              <w:t>BILL TO / CUSTOMER</w:t>
            </w:r>
          </w:p>
          <w:p w14:paraId="3FCC6BC1" w14:textId="77777777" w:rsidR="00423FBA" w:rsidRDefault="00A60AA0">
            <w:pPr>
              <w:spacing w:after="0"/>
            </w:pPr>
            <w:r>
              <w:t>Customer name</w:t>
            </w:r>
            <w:r>
              <w:br/>
              <w:t>Billing address</w:t>
            </w:r>
            <w:r>
              <w:br/>
              <w:t>Email / phone</w:t>
            </w:r>
          </w:p>
        </w:tc>
      </w:tr>
    </w:tbl>
    <w:p w14:paraId="053D54B8" w14:textId="77777777" w:rsidR="00423FBA" w:rsidRDefault="00423FBA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4824"/>
        <w:gridCol w:w="1080"/>
        <w:gridCol w:w="1800"/>
        <w:gridCol w:w="2232"/>
      </w:tblGrid>
      <w:tr w:rsidR="00423FBA" w14:paraId="3099475D" w14:textId="77777777">
        <w:trPr>
          <w:cantSplit/>
          <w:tblHeader/>
          <w:jc w:val="center"/>
        </w:trPr>
        <w:tc>
          <w:tcPr>
            <w:tcW w:w="4824" w:type="dxa"/>
            <w:shd w:val="clear" w:color="auto" w:fill="6B4D7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E7C7A0" w14:textId="77777777" w:rsidR="00423FBA" w:rsidRDefault="00A60AA0">
            <w:pPr>
              <w:spacing w:after="0"/>
            </w:pPr>
            <w:r>
              <w:rPr>
                <w:b/>
                <w:color w:val="FFFFFF"/>
                <w:sz w:val="16"/>
              </w:rPr>
              <w:t>Milestone or service</w:t>
            </w:r>
          </w:p>
        </w:tc>
        <w:tc>
          <w:tcPr>
            <w:tcW w:w="1080" w:type="dxa"/>
            <w:shd w:val="clear" w:color="auto" w:fill="6B4D7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2021F" w14:textId="77777777" w:rsidR="00423FBA" w:rsidRDefault="00A60AA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w="1800" w:type="dxa"/>
            <w:shd w:val="clear" w:color="auto" w:fill="6B4D7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780D32" w14:textId="77777777" w:rsidR="00423FBA" w:rsidRDefault="00A60AA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Rate</w:t>
            </w:r>
          </w:p>
        </w:tc>
        <w:tc>
          <w:tcPr>
            <w:tcW w:w="2232" w:type="dxa"/>
            <w:shd w:val="clear" w:color="auto" w:fill="6B4D7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EF7E8" w14:textId="77777777" w:rsidR="00423FBA" w:rsidRDefault="00A60AA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 w:rsidR="00423FBA" w14:paraId="679EC23F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538A96" w14:textId="77777777" w:rsidR="00423FBA" w:rsidRDefault="00A60AA0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F86121" w14:textId="77777777" w:rsidR="00423FBA" w:rsidRDefault="00A60AA0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2F126" w14:textId="77777777" w:rsidR="00423FBA" w:rsidRDefault="00A60AA0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DA3E8E" w14:textId="61C97445" w:rsidR="00423FBA" w:rsidRDefault="00A60AA0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6B37F7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423FBA" w14:paraId="0CE968F1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8EE40C" w14:textId="77777777" w:rsidR="00423FBA" w:rsidRDefault="00A60AA0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CF6F30" w14:textId="77777777" w:rsidR="00423FBA" w:rsidRDefault="00A60AA0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E93B35" w14:textId="77777777" w:rsidR="00423FBA" w:rsidRDefault="00A60AA0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9157FE" w14:textId="381B5B01" w:rsidR="00423FBA" w:rsidRDefault="00A60AA0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6B37F7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423FBA" w14:paraId="3E17A1EC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BABD5" w14:textId="77777777" w:rsidR="00423FBA" w:rsidRDefault="00A60AA0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ABF2C1" w14:textId="77777777" w:rsidR="00423FBA" w:rsidRDefault="00A60AA0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8CB100" w14:textId="77777777" w:rsidR="00423FBA" w:rsidRDefault="00A60AA0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6F3380" w14:textId="3E39FE49" w:rsidR="00423FBA" w:rsidRDefault="00A60AA0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6B37F7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423FBA" w14:paraId="4DA25D58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ABAE35" w14:textId="77777777" w:rsidR="00423FBA" w:rsidRDefault="00A60AA0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6E810" w14:textId="77777777" w:rsidR="00423FBA" w:rsidRDefault="00A60AA0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1B295" w14:textId="77777777" w:rsidR="00423FBA" w:rsidRDefault="00A60AA0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CF93C" w14:textId="65FD56E0" w:rsidR="00423FBA" w:rsidRDefault="00A60AA0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6B37F7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423FBA" w14:paraId="050492C9" w14:textId="77777777">
        <w:trPr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E3DE32" w14:textId="77777777" w:rsidR="00423FBA" w:rsidRDefault="00423FBA">
            <w:pPr>
              <w:spacing w:after="0"/>
            </w:pP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D00D38" w14:textId="77777777" w:rsidR="00423FBA" w:rsidRDefault="00423FBA">
            <w:pPr>
              <w:spacing w:after="0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97C3C9" w14:textId="77777777" w:rsidR="00423FBA" w:rsidRDefault="00A60AA0">
            <w:pPr>
              <w:spacing w:after="0"/>
              <w:jc w:val="right"/>
            </w:pPr>
            <w:r>
              <w:rPr>
                <w:b/>
              </w:rPr>
              <w:t>Subtotal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EB077" w14:textId="5470A10F" w:rsidR="00423FBA" w:rsidRDefault="00A60AA0">
            <w:pPr>
              <w:spacing w:after="0"/>
              <w:jc w:val="right"/>
            </w:pPr>
            <w:r>
              <w:fldChar w:fldCharType="begin"/>
            </w:r>
            <w:r>
              <w:instrText>=SUM(ABOVE) \# "$#,##0.00"</w:instrText>
            </w:r>
            <w:r>
              <w:fldChar w:fldCharType="separate"/>
            </w:r>
            <w:r w:rsidR="006B37F7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423FBA" w14:paraId="362D9403" w14:textId="77777777">
        <w:trPr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7FDC6C" w14:textId="77777777" w:rsidR="00423FBA" w:rsidRDefault="00423FBA">
            <w:pPr>
              <w:spacing w:after="0"/>
            </w:pP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7E5F1" w14:textId="77777777" w:rsidR="00423FBA" w:rsidRDefault="00423FBA">
            <w:pPr>
              <w:spacing w:after="0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7D05B2" w14:textId="77777777" w:rsidR="00423FBA" w:rsidRDefault="00A60AA0">
            <w:pPr>
              <w:spacing w:after="0"/>
              <w:jc w:val="right"/>
            </w:pPr>
            <w:r>
              <w:t>Tax (enter amount)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5071E0" w14:textId="77777777" w:rsidR="00423FBA" w:rsidRDefault="00423FBA">
            <w:pPr>
              <w:spacing w:after="0"/>
              <w:jc w:val="right"/>
            </w:pPr>
          </w:p>
        </w:tc>
      </w:tr>
      <w:tr w:rsidR="00423FBA" w14:paraId="0F9348F4" w14:textId="77777777">
        <w:trPr>
          <w:jc w:val="center"/>
        </w:trPr>
        <w:tc>
          <w:tcPr>
            <w:tcW w:w="4824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417D3" w14:textId="77777777" w:rsidR="00423FBA" w:rsidRDefault="00423FBA">
            <w:pPr>
              <w:spacing w:after="0"/>
            </w:pPr>
          </w:p>
        </w:tc>
        <w:tc>
          <w:tcPr>
            <w:tcW w:w="1080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2C03D" w14:textId="77777777" w:rsidR="00423FBA" w:rsidRDefault="00423FBA">
            <w:pPr>
              <w:spacing w:after="0"/>
            </w:pPr>
          </w:p>
        </w:tc>
        <w:tc>
          <w:tcPr>
            <w:tcW w:w="1800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59BAF" w14:textId="77777777" w:rsidR="00423FBA" w:rsidRDefault="00A60AA0">
            <w:pPr>
              <w:spacing w:after="0"/>
              <w:jc w:val="right"/>
            </w:pPr>
            <w:r>
              <w:rPr>
                <w:b/>
              </w:rPr>
              <w:t>Invoice total</w:t>
            </w:r>
          </w:p>
        </w:tc>
        <w:tc>
          <w:tcPr>
            <w:tcW w:w="2232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E252E8" w14:textId="6D8BAC5E" w:rsidR="00423FBA" w:rsidRDefault="00A60AA0">
            <w:pPr>
              <w:spacing w:after="0"/>
              <w:jc w:val="right"/>
            </w:pPr>
            <w:r>
              <w:fldChar w:fldCharType="begin"/>
            </w:r>
            <w:r>
              <w:instrText>=D6+D7 \# "$#,##0.00"</w:instrText>
            </w:r>
            <w:r>
              <w:fldChar w:fldCharType="separate"/>
            </w:r>
            <w:r w:rsidR="006B37F7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423FBA" w14:paraId="072F64A1" w14:textId="77777777">
        <w:trPr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6274BC" w14:textId="77777777" w:rsidR="00423FBA" w:rsidRDefault="00423FBA">
            <w:pPr>
              <w:spacing w:after="0"/>
            </w:pP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251DB2" w14:textId="77777777" w:rsidR="00423FBA" w:rsidRDefault="00423FBA">
            <w:pPr>
              <w:spacing w:after="0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F127DB" w14:textId="77777777" w:rsidR="00423FBA" w:rsidRDefault="00A60AA0">
            <w:pPr>
              <w:spacing w:after="0"/>
              <w:jc w:val="right"/>
            </w:pPr>
            <w:r>
              <w:t>Deposit already paid (enter amount)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2CF81" w14:textId="77777777" w:rsidR="00423FBA" w:rsidRDefault="00423FBA">
            <w:pPr>
              <w:spacing w:after="0"/>
              <w:jc w:val="right"/>
            </w:pPr>
          </w:p>
        </w:tc>
      </w:tr>
      <w:tr w:rsidR="00423FBA" w14:paraId="73E5CA25" w14:textId="77777777">
        <w:trPr>
          <w:jc w:val="center"/>
        </w:trPr>
        <w:tc>
          <w:tcPr>
            <w:tcW w:w="4824" w:type="dxa"/>
            <w:shd w:val="clear" w:color="auto" w:fill="6B4D7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342305" w14:textId="77777777" w:rsidR="00423FBA" w:rsidRDefault="00423FBA">
            <w:pPr>
              <w:spacing w:after="0"/>
            </w:pPr>
          </w:p>
        </w:tc>
        <w:tc>
          <w:tcPr>
            <w:tcW w:w="1080" w:type="dxa"/>
            <w:shd w:val="clear" w:color="auto" w:fill="6B4D7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3048F0" w14:textId="77777777" w:rsidR="00423FBA" w:rsidRDefault="00423FBA">
            <w:pPr>
              <w:spacing w:after="0"/>
            </w:pPr>
          </w:p>
        </w:tc>
        <w:tc>
          <w:tcPr>
            <w:tcW w:w="1800" w:type="dxa"/>
            <w:shd w:val="clear" w:color="auto" w:fill="6B4D7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AFC05" w14:textId="77777777" w:rsidR="00423FBA" w:rsidRDefault="00A60AA0">
            <w:pPr>
              <w:spacing w:after="0"/>
              <w:jc w:val="right"/>
            </w:pPr>
            <w:r>
              <w:rPr>
                <w:b/>
                <w:color w:val="FFFFFF"/>
              </w:rPr>
              <w:t>BALANCE DUE</w:t>
            </w:r>
          </w:p>
        </w:tc>
        <w:tc>
          <w:tcPr>
            <w:tcW w:w="2232" w:type="dxa"/>
            <w:shd w:val="clear" w:color="auto" w:fill="6B4D7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534E0C" w14:textId="56E6F495" w:rsidR="00423FBA" w:rsidRDefault="00A60AA0">
            <w:pPr>
              <w:spacing w:after="0"/>
              <w:jc w:val="right"/>
            </w:pPr>
            <w:r>
              <w:fldChar w:fldCharType="begin"/>
            </w:r>
            <w:r>
              <w:instrText>=D8-D9 \# "$#,##0.00"</w:instrText>
            </w:r>
            <w:r>
              <w:fldChar w:fldCharType="separate"/>
            </w:r>
            <w:r w:rsidR="006B37F7">
              <w:rPr>
                <w:noProof/>
              </w:rPr>
              <w:t>$   0.00</w:t>
            </w:r>
            <w:r>
              <w:fldChar w:fldCharType="end"/>
            </w:r>
          </w:p>
        </w:tc>
      </w:tr>
    </w:tbl>
    <w:p w14:paraId="5188D897" w14:textId="77777777" w:rsidR="00423FBA" w:rsidRDefault="00423FBA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6264"/>
        <w:gridCol w:w="3672"/>
      </w:tblGrid>
      <w:tr w:rsidR="00423FBA" w14:paraId="575020BE" w14:textId="77777777">
        <w:trPr>
          <w:jc w:val="center"/>
        </w:trPr>
        <w:tc>
          <w:tcPr>
            <w:tcW w:w="626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9E9F47F" w14:textId="77777777" w:rsidR="00423FBA" w:rsidRDefault="00A60AA0">
            <w:pPr>
              <w:spacing w:after="20"/>
            </w:pPr>
            <w:r>
              <w:rPr>
                <w:b/>
                <w:color w:val="5E6C65"/>
                <w:sz w:val="14"/>
              </w:rPr>
              <w:t>NOTES / SERVICE PERIOD</w:t>
            </w:r>
          </w:p>
          <w:p w14:paraId="6F55653B" w14:textId="77777777" w:rsidR="00423FBA" w:rsidRDefault="00A60AA0">
            <w:pPr>
              <w:spacing w:after="0"/>
            </w:pPr>
            <w:r>
              <w:t>Terms, service date, purchase order or supporting details</w:t>
            </w:r>
          </w:p>
        </w:tc>
        <w:tc>
          <w:tcPr>
            <w:tcW w:w="367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A197202" w14:textId="77777777" w:rsidR="00423FBA" w:rsidRDefault="00A60AA0">
            <w:pPr>
              <w:spacing w:after="20"/>
            </w:pPr>
            <w:r>
              <w:rPr>
                <w:b/>
                <w:color w:val="5E6C65"/>
                <w:sz w:val="14"/>
              </w:rPr>
              <w:t>PAYMENT DETAILS</w:t>
            </w:r>
          </w:p>
          <w:p w14:paraId="7D378E04" w14:textId="77777777" w:rsidR="00423FBA" w:rsidRDefault="00A60AA0">
            <w:pPr>
              <w:spacing w:after="0"/>
            </w:pPr>
            <w:r>
              <w:t>Method, account or reference</w:t>
            </w:r>
          </w:p>
        </w:tc>
      </w:tr>
    </w:tbl>
    <w:p w14:paraId="38050B71" w14:textId="77777777" w:rsidR="00423FBA" w:rsidRDefault="00A60AA0">
      <w:pPr>
        <w:spacing w:before="80" w:after="0"/>
      </w:pPr>
      <w:r>
        <w:rPr>
          <w:color w:val="5E6C65"/>
          <w:sz w:val="15"/>
        </w:rPr>
        <w:t>Calculation note: select the invoice table in desktop Word and press F9 to update formula fields. Tax remains a manual entry.</w:t>
      </w:r>
    </w:p>
    <w:sectPr w:rsidR="00423FBA" w:rsidSect="00034616">
      <w:footerReference w:type="default" r:id="rId8"/>
      <w:pgSz w:w="12240" w:h="15840"/>
      <w:pgMar w:top="605" w:right="1123" w:bottom="605" w:left="1123" w:header="720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80055" w14:textId="77777777" w:rsidR="00A60AA0" w:rsidRDefault="00A60AA0">
      <w:pPr>
        <w:spacing w:after="0"/>
      </w:pPr>
      <w:r>
        <w:separator/>
      </w:r>
    </w:p>
  </w:endnote>
  <w:endnote w:type="continuationSeparator" w:id="0">
    <w:p w14:paraId="66B142D8" w14:textId="77777777" w:rsidR="00A60AA0" w:rsidRDefault="00A60A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7985D" w14:textId="77777777" w:rsidR="00423FBA" w:rsidRDefault="00A60AA0">
    <w:pPr>
      <w:pStyle w:val="a7"/>
      <w:jc w:val="center"/>
    </w:pPr>
    <w:r>
      <w:rPr>
        <w:color w:val="5E6C65"/>
        <w:sz w:val="14"/>
      </w:rPr>
      <w:t>Free template from invosmith.com  •  no sign-up  •  no watermark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E5633" w14:textId="77777777" w:rsidR="00A60AA0" w:rsidRDefault="00A60AA0">
      <w:pPr>
        <w:spacing w:after="0"/>
      </w:pPr>
      <w:r>
        <w:separator/>
      </w:r>
    </w:p>
  </w:footnote>
  <w:footnote w:type="continuationSeparator" w:id="0">
    <w:p w14:paraId="6431EF6C" w14:textId="77777777" w:rsidR="00A60AA0" w:rsidRDefault="00A60AA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8699601">
    <w:abstractNumId w:val="8"/>
  </w:num>
  <w:num w:numId="2" w16cid:durableId="824513822">
    <w:abstractNumId w:val="6"/>
  </w:num>
  <w:num w:numId="3" w16cid:durableId="1108744884">
    <w:abstractNumId w:val="5"/>
  </w:num>
  <w:num w:numId="4" w16cid:durableId="1620716565">
    <w:abstractNumId w:val="4"/>
  </w:num>
  <w:num w:numId="5" w16cid:durableId="1252667408">
    <w:abstractNumId w:val="7"/>
  </w:num>
  <w:num w:numId="6" w16cid:durableId="1805660462">
    <w:abstractNumId w:val="3"/>
  </w:num>
  <w:num w:numId="7" w16cid:durableId="1096101516">
    <w:abstractNumId w:val="2"/>
  </w:num>
  <w:num w:numId="8" w16cid:durableId="812715847">
    <w:abstractNumId w:val="1"/>
  </w:num>
  <w:num w:numId="9" w16cid:durableId="1381129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3FBA"/>
    <w:rsid w:val="00456534"/>
    <w:rsid w:val="006B37F7"/>
    <w:rsid w:val="00A60AA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6CF3F7"/>
  <w14:defaultImageDpi w14:val="300"/>
  <w15:docId w15:val="{DF5F837F-32A4-499E-8553-E675A2C5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hAnsi="Arial"/>
      <w:color w:val="17251F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Deposit &amp; balance invoice — free Word invoice template</dc:title>
  <dc:subject>Editable invoice template with Word formula fields</dc:subject>
  <dc:creator>Invosmith</dc:creator>
  <cp:keywords>invoice, Microsoft Word, docx, template</cp:keywords>
  <dc:description>generated by python-docx</dc:description>
  <cp:lastModifiedBy>昊 徐</cp:lastModifiedBy>
  <cp:revision>2</cp:revision>
  <dcterms:created xsi:type="dcterms:W3CDTF">2013-12-23T23:15:00Z</dcterms:created>
  <dcterms:modified xsi:type="dcterms:W3CDTF">2026-09-26T17:47:00Z</dcterms:modified>
  <cp:category/>
</cp:coreProperties>
</file>