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6552"/>
        <w:gridCol w:w="3384"/>
      </w:tblGrid>
      <w:tr w:rsidR="00F3386F" w14:paraId="26050543" w14:textId="77777777">
        <w:trPr>
          <w:jc w:val="center"/>
        </w:trPr>
        <w:tc>
          <w:tcPr>
            <w:tcW w:w="65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FD1CDE" w14:textId="77777777" w:rsidR="00F3386F" w:rsidRDefault="0060129F">
            <w:pPr>
              <w:spacing w:after="0"/>
            </w:pPr>
            <w:r>
              <w:rPr>
                <w:b/>
                <w:color w:val="36577C"/>
                <w:sz w:val="16"/>
              </w:rPr>
              <w:t>UNITED KINGDOM</w:t>
            </w:r>
          </w:p>
          <w:p w14:paraId="1E493669" w14:textId="77777777" w:rsidR="00F3386F" w:rsidRDefault="0060129F">
            <w:pPr>
              <w:spacing w:after="20"/>
            </w:pPr>
            <w:r>
              <w:rPr>
                <w:b/>
                <w:sz w:val="50"/>
              </w:rPr>
              <w:t>INVOICE</w:t>
            </w:r>
          </w:p>
          <w:p w14:paraId="79B911BD" w14:textId="77777777" w:rsidR="00F3386F" w:rsidRDefault="0060129F">
            <w:pPr>
              <w:spacing w:after="0"/>
            </w:pPr>
            <w:r>
              <w:rPr>
                <w:color w:val="5E6C65"/>
                <w:sz w:val="16"/>
              </w:rPr>
              <w:t>Editable Word template • totals update with F9</w:t>
            </w:r>
          </w:p>
        </w:tc>
        <w:tc>
          <w:tcPr>
            <w:tcW w:w="33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EA7752" w14:textId="77777777" w:rsidR="00F3386F" w:rsidRDefault="0060129F">
            <w:pPr>
              <w:spacing w:after="0"/>
            </w:pPr>
            <w:r>
              <w:rPr>
                <w:b/>
                <w:sz w:val="16"/>
              </w:rPr>
              <w:t>Invoice no.  ____________________</w:t>
            </w:r>
          </w:p>
          <w:p w14:paraId="7CF061C6" w14:textId="77777777" w:rsidR="00F3386F" w:rsidRDefault="0060129F">
            <w:pPr>
              <w:spacing w:after="20"/>
            </w:pPr>
            <w:r>
              <w:rPr>
                <w:sz w:val="16"/>
              </w:rPr>
              <w:t>Issue date   ____________________</w:t>
            </w:r>
          </w:p>
          <w:p w14:paraId="2CE3D2BB" w14:textId="77777777" w:rsidR="00F3386F" w:rsidRDefault="0060129F">
            <w:pPr>
              <w:spacing w:after="20"/>
            </w:pPr>
            <w:r>
              <w:rPr>
                <w:sz w:val="16"/>
              </w:rPr>
              <w:t>Due date     ____________________</w:t>
            </w:r>
          </w:p>
          <w:p w14:paraId="3B1815B1" w14:textId="77777777" w:rsidR="00F3386F" w:rsidRDefault="0060129F">
            <w:pPr>
              <w:spacing w:after="20"/>
            </w:pPr>
            <w:r>
              <w:rPr>
                <w:sz w:val="16"/>
              </w:rPr>
              <w:t>Tax point     ____________________</w:t>
            </w:r>
          </w:p>
        </w:tc>
      </w:tr>
    </w:tbl>
    <w:p w14:paraId="29A7ACA4" w14:textId="77777777" w:rsidR="00F3386F" w:rsidRDefault="00F3386F">
      <w:pPr>
        <w:spacing w:after="0"/>
      </w:pPr>
    </w:p>
    <w:tbl>
      <w:tblPr>
        <w:tblW w:w="0" w:type="auto"/>
        <w:jc w:val="center"/>
        <w:tblBorders>
          <w:top w:val="single" w:sz="5" w:space="0" w:color="D7DDD9"/>
          <w:left w:val="single" w:sz="5" w:space="0" w:color="D7DDD9"/>
          <w:bottom w:val="single" w:sz="5" w:space="0" w:color="D7DDD9"/>
          <w:right w:val="single" w:sz="5" w:space="0" w:color="D7DDD9"/>
          <w:insideH w:val="single" w:sz="5" w:space="0" w:color="D7DDD9"/>
          <w:insideV w:val="single" w:sz="5" w:space="0" w:color="D7DDD9"/>
        </w:tblBorders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F3386F" w14:paraId="2C66AD42" w14:textId="77777777">
        <w:trPr>
          <w:jc w:val="center"/>
        </w:trPr>
        <w:tc>
          <w:tcPr>
            <w:tcW w:w="4968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096C621" w14:textId="77777777" w:rsidR="00F3386F" w:rsidRDefault="0060129F">
            <w:pPr>
              <w:spacing w:after="20"/>
            </w:pPr>
            <w:r>
              <w:rPr>
                <w:b/>
                <w:color w:val="5E6C65"/>
                <w:sz w:val="14"/>
              </w:rPr>
              <w:t>FROM / SELLER</w:t>
            </w:r>
          </w:p>
          <w:p w14:paraId="533B9C74" w14:textId="77777777" w:rsidR="00F3386F" w:rsidRDefault="0060129F">
            <w:pPr>
              <w:spacing w:after="0"/>
            </w:pPr>
            <w:r>
              <w:t>Business or legal name</w:t>
            </w:r>
            <w:r>
              <w:br/>
              <w:t>Address</w:t>
            </w:r>
            <w:r>
              <w:br/>
              <w:t>Email / phone</w:t>
            </w:r>
            <w:r>
              <w:br/>
              <w:t>VAT registration number:</w:t>
            </w:r>
          </w:p>
        </w:tc>
        <w:tc>
          <w:tcPr>
            <w:tcW w:w="4968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0EDFE62" w14:textId="77777777" w:rsidR="00F3386F" w:rsidRDefault="0060129F">
            <w:pPr>
              <w:spacing w:after="20"/>
            </w:pPr>
            <w:r>
              <w:rPr>
                <w:b/>
                <w:color w:val="5E6C65"/>
                <w:sz w:val="14"/>
              </w:rPr>
              <w:t>BILL TO / CUSTOMER</w:t>
            </w:r>
          </w:p>
          <w:p w14:paraId="3544D330" w14:textId="77777777" w:rsidR="00F3386F" w:rsidRDefault="0060129F">
            <w:pPr>
              <w:spacing w:after="0"/>
            </w:pPr>
            <w:r>
              <w:t>Customer name</w:t>
            </w:r>
            <w:r>
              <w:br/>
              <w:t>Billing address</w:t>
            </w:r>
            <w:r>
              <w:br/>
              <w:t>Email / phone</w:t>
            </w:r>
          </w:p>
        </w:tc>
      </w:tr>
    </w:tbl>
    <w:p w14:paraId="7A118820" w14:textId="77777777" w:rsidR="00F3386F" w:rsidRDefault="00F3386F">
      <w:pPr>
        <w:spacing w:after="0"/>
      </w:pPr>
    </w:p>
    <w:tbl>
      <w:tblPr>
        <w:tblW w:w="0" w:type="auto"/>
        <w:jc w:val="center"/>
        <w:tblBorders>
          <w:top w:val="single" w:sz="5" w:space="0" w:color="D7DDD9"/>
          <w:left w:val="single" w:sz="5" w:space="0" w:color="D7DDD9"/>
          <w:bottom w:val="single" w:sz="5" w:space="0" w:color="D7DDD9"/>
          <w:right w:val="single" w:sz="5" w:space="0" w:color="D7DDD9"/>
          <w:insideH w:val="single" w:sz="5" w:space="0" w:color="D7DDD9"/>
          <w:insideV w:val="single" w:sz="5" w:space="0" w:color="D7DDD9"/>
        </w:tblBorders>
        <w:tblLayout w:type="fixed"/>
        <w:tblLook w:val="04A0" w:firstRow="1" w:lastRow="0" w:firstColumn="1" w:lastColumn="0" w:noHBand="0" w:noVBand="1"/>
      </w:tblPr>
      <w:tblGrid>
        <w:gridCol w:w="3744"/>
        <w:gridCol w:w="792"/>
        <w:gridCol w:w="1728"/>
        <w:gridCol w:w="1080"/>
        <w:gridCol w:w="2592"/>
      </w:tblGrid>
      <w:tr w:rsidR="00F3386F" w14:paraId="1A082320" w14:textId="77777777">
        <w:trPr>
          <w:cantSplit/>
          <w:tblHeader/>
          <w:jc w:val="center"/>
        </w:trPr>
        <w:tc>
          <w:tcPr>
            <w:tcW w:w="3744" w:type="dxa"/>
            <w:shd w:val="clear" w:color="auto" w:fill="36577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A03AF3" w14:textId="77777777" w:rsidR="00F3386F" w:rsidRDefault="0060129F">
            <w:pPr>
              <w:spacing w:after="0"/>
            </w:pPr>
            <w:r>
              <w:rPr>
                <w:b/>
                <w:color w:val="FFFFFF"/>
                <w:sz w:val="16"/>
              </w:rPr>
              <w:t>Goods or services</w:t>
            </w:r>
          </w:p>
        </w:tc>
        <w:tc>
          <w:tcPr>
            <w:tcW w:w="792" w:type="dxa"/>
            <w:shd w:val="clear" w:color="auto" w:fill="36577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02318D" w14:textId="77777777" w:rsidR="00F3386F" w:rsidRDefault="0060129F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w="1728" w:type="dxa"/>
            <w:shd w:val="clear" w:color="auto" w:fill="36577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33CDAF" w14:textId="77777777" w:rsidR="00F3386F" w:rsidRDefault="0060129F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Unit price excl. VAT</w:t>
            </w:r>
          </w:p>
        </w:tc>
        <w:tc>
          <w:tcPr>
            <w:tcW w:w="1080" w:type="dxa"/>
            <w:shd w:val="clear" w:color="auto" w:fill="36577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6675CA" w14:textId="77777777" w:rsidR="00F3386F" w:rsidRDefault="0060129F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VAT rate</w:t>
            </w:r>
          </w:p>
        </w:tc>
        <w:tc>
          <w:tcPr>
            <w:tcW w:w="2592" w:type="dxa"/>
            <w:shd w:val="clear" w:color="auto" w:fill="36577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C1773C" w14:textId="77777777" w:rsidR="00F3386F" w:rsidRDefault="0060129F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Net amount</w:t>
            </w:r>
          </w:p>
        </w:tc>
      </w:tr>
      <w:tr w:rsidR="00F3386F" w14:paraId="335DDD17" w14:textId="77777777">
        <w:trPr>
          <w:cantSplit/>
          <w:jc w:val="center"/>
        </w:trPr>
        <w:tc>
          <w:tcPr>
            <w:tcW w:w="374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383AE5" w14:textId="77777777" w:rsidR="00F3386F" w:rsidRDefault="0060129F">
            <w:pPr>
              <w:spacing w:after="0"/>
            </w:pPr>
            <w:r>
              <w:t xml:space="preserve"> </w:t>
            </w:r>
          </w:p>
        </w:tc>
        <w:tc>
          <w:tcPr>
            <w:tcW w:w="7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384CD8" w14:textId="77777777" w:rsidR="00F3386F" w:rsidRDefault="0060129F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E8B24B" w14:textId="77777777" w:rsidR="00F3386F" w:rsidRDefault="0060129F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0CA716" w14:textId="77777777" w:rsidR="00F3386F" w:rsidRDefault="0060129F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25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72C78B" w14:textId="1FF54508" w:rsidR="00F3386F" w:rsidRDefault="0060129F">
            <w:pPr>
              <w:spacing w:after="0"/>
              <w:jc w:val="right"/>
            </w:pPr>
            <w:r>
              <w:fldChar w:fldCharType="begin"/>
            </w:r>
            <w:r>
              <w:instrText>=B2*C2 \# "£#,##0.00"</w:instrText>
            </w:r>
            <w:r>
              <w:fldChar w:fldCharType="separate"/>
            </w:r>
            <w:r w:rsidR="00E0295A">
              <w:rPr>
                <w:noProof/>
              </w:rPr>
              <w:t>£   0.00</w:t>
            </w:r>
            <w:r>
              <w:fldChar w:fldCharType="end"/>
            </w:r>
          </w:p>
        </w:tc>
      </w:tr>
      <w:tr w:rsidR="00F3386F" w14:paraId="5ABB0728" w14:textId="77777777">
        <w:trPr>
          <w:cantSplit/>
          <w:jc w:val="center"/>
        </w:trPr>
        <w:tc>
          <w:tcPr>
            <w:tcW w:w="374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F77AAC" w14:textId="77777777" w:rsidR="00F3386F" w:rsidRDefault="0060129F">
            <w:pPr>
              <w:spacing w:after="0"/>
            </w:pPr>
            <w:r>
              <w:t xml:space="preserve"> </w:t>
            </w:r>
          </w:p>
        </w:tc>
        <w:tc>
          <w:tcPr>
            <w:tcW w:w="7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29DE9E" w14:textId="77777777" w:rsidR="00F3386F" w:rsidRDefault="0060129F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4E2DD6" w14:textId="77777777" w:rsidR="00F3386F" w:rsidRDefault="0060129F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414DCD" w14:textId="77777777" w:rsidR="00F3386F" w:rsidRDefault="0060129F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25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526A0C" w14:textId="117A19EF" w:rsidR="00F3386F" w:rsidRDefault="0060129F">
            <w:pPr>
              <w:spacing w:after="0"/>
              <w:jc w:val="right"/>
            </w:pPr>
            <w:r>
              <w:fldChar w:fldCharType="begin"/>
            </w:r>
            <w:r>
              <w:instrText>=B3*C3 \# "£#,##0.00"</w:instrText>
            </w:r>
            <w:r>
              <w:fldChar w:fldCharType="separate"/>
            </w:r>
            <w:r w:rsidR="00E0295A">
              <w:rPr>
                <w:noProof/>
              </w:rPr>
              <w:t>£   0.00</w:t>
            </w:r>
            <w:r>
              <w:fldChar w:fldCharType="end"/>
            </w:r>
          </w:p>
        </w:tc>
      </w:tr>
      <w:tr w:rsidR="00F3386F" w14:paraId="6B259D63" w14:textId="77777777">
        <w:trPr>
          <w:cantSplit/>
          <w:jc w:val="center"/>
        </w:trPr>
        <w:tc>
          <w:tcPr>
            <w:tcW w:w="374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0E6E3C" w14:textId="77777777" w:rsidR="00F3386F" w:rsidRDefault="0060129F">
            <w:pPr>
              <w:spacing w:after="0"/>
            </w:pPr>
            <w:r>
              <w:t xml:space="preserve"> </w:t>
            </w:r>
          </w:p>
        </w:tc>
        <w:tc>
          <w:tcPr>
            <w:tcW w:w="7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A7D26E" w14:textId="77777777" w:rsidR="00F3386F" w:rsidRDefault="0060129F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40AF9C" w14:textId="77777777" w:rsidR="00F3386F" w:rsidRDefault="0060129F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9DD1DB" w14:textId="77777777" w:rsidR="00F3386F" w:rsidRDefault="0060129F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25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88A4C3" w14:textId="1AB68DDB" w:rsidR="00F3386F" w:rsidRDefault="0060129F">
            <w:pPr>
              <w:spacing w:after="0"/>
              <w:jc w:val="right"/>
            </w:pPr>
            <w:r>
              <w:fldChar w:fldCharType="begin"/>
            </w:r>
            <w:r>
              <w:instrText>=B4*C4 \# "£#,##0.00"</w:instrText>
            </w:r>
            <w:r>
              <w:fldChar w:fldCharType="separate"/>
            </w:r>
            <w:r w:rsidR="00E0295A">
              <w:rPr>
                <w:noProof/>
              </w:rPr>
              <w:t>£   0.00</w:t>
            </w:r>
            <w:r>
              <w:fldChar w:fldCharType="end"/>
            </w:r>
          </w:p>
        </w:tc>
      </w:tr>
      <w:tr w:rsidR="00F3386F" w14:paraId="69884AD2" w14:textId="77777777">
        <w:trPr>
          <w:cantSplit/>
          <w:jc w:val="center"/>
        </w:trPr>
        <w:tc>
          <w:tcPr>
            <w:tcW w:w="374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13C2EC" w14:textId="77777777" w:rsidR="00F3386F" w:rsidRDefault="0060129F">
            <w:pPr>
              <w:spacing w:after="0"/>
            </w:pPr>
            <w:r>
              <w:t xml:space="preserve"> </w:t>
            </w:r>
          </w:p>
        </w:tc>
        <w:tc>
          <w:tcPr>
            <w:tcW w:w="7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299734" w14:textId="77777777" w:rsidR="00F3386F" w:rsidRDefault="0060129F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9A5399" w14:textId="77777777" w:rsidR="00F3386F" w:rsidRDefault="0060129F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85E6C7" w14:textId="77777777" w:rsidR="00F3386F" w:rsidRDefault="0060129F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25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F34419" w14:textId="3BE32AB3" w:rsidR="00F3386F" w:rsidRDefault="0060129F">
            <w:pPr>
              <w:spacing w:after="0"/>
              <w:jc w:val="right"/>
            </w:pPr>
            <w:r>
              <w:fldChar w:fldCharType="begin"/>
            </w:r>
            <w:r>
              <w:instrText>=B5*C5 \# "£#,##0.00"</w:instrText>
            </w:r>
            <w:r>
              <w:fldChar w:fldCharType="separate"/>
            </w:r>
            <w:r w:rsidR="00E0295A">
              <w:rPr>
                <w:noProof/>
              </w:rPr>
              <w:t>£   0.00</w:t>
            </w:r>
            <w:r>
              <w:fldChar w:fldCharType="end"/>
            </w:r>
          </w:p>
        </w:tc>
      </w:tr>
      <w:tr w:rsidR="00F3386F" w14:paraId="48FC26D7" w14:textId="77777777">
        <w:trPr>
          <w:jc w:val="center"/>
        </w:trPr>
        <w:tc>
          <w:tcPr>
            <w:tcW w:w="374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AB4F07" w14:textId="77777777" w:rsidR="00F3386F" w:rsidRDefault="00F3386F">
            <w:pPr>
              <w:spacing w:after="0"/>
            </w:pPr>
          </w:p>
        </w:tc>
        <w:tc>
          <w:tcPr>
            <w:tcW w:w="7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03993B" w14:textId="77777777" w:rsidR="00F3386F" w:rsidRDefault="00F3386F">
            <w:pPr>
              <w:spacing w:after="0"/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1A5687" w14:textId="77777777" w:rsidR="00F3386F" w:rsidRDefault="00F3386F">
            <w:pPr>
              <w:spacing w:after="0"/>
            </w:pP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76810A" w14:textId="77777777" w:rsidR="00F3386F" w:rsidRDefault="0060129F">
            <w:pPr>
              <w:spacing w:after="0"/>
              <w:jc w:val="right"/>
            </w:pPr>
            <w:r>
              <w:rPr>
                <w:b/>
              </w:rPr>
              <w:t>Subtotal</w:t>
            </w:r>
          </w:p>
        </w:tc>
        <w:tc>
          <w:tcPr>
            <w:tcW w:w="25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412A2E" w14:textId="664F0ACE" w:rsidR="00F3386F" w:rsidRDefault="0060129F">
            <w:pPr>
              <w:spacing w:after="0"/>
              <w:jc w:val="right"/>
            </w:pPr>
            <w:r>
              <w:fldChar w:fldCharType="begin"/>
            </w:r>
            <w:r>
              <w:instrText>=SUM(ABOVE) \# "£#,##0.00"</w:instrText>
            </w:r>
            <w:r>
              <w:fldChar w:fldCharType="separate"/>
            </w:r>
            <w:r w:rsidR="00E0295A">
              <w:rPr>
                <w:noProof/>
              </w:rPr>
              <w:t>£   0.00</w:t>
            </w:r>
            <w:r>
              <w:fldChar w:fldCharType="end"/>
            </w:r>
          </w:p>
        </w:tc>
      </w:tr>
      <w:tr w:rsidR="00F3386F" w14:paraId="5FA124A5" w14:textId="77777777">
        <w:trPr>
          <w:jc w:val="center"/>
        </w:trPr>
        <w:tc>
          <w:tcPr>
            <w:tcW w:w="374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6AD0F6" w14:textId="77777777" w:rsidR="00F3386F" w:rsidRDefault="00F3386F">
            <w:pPr>
              <w:spacing w:after="0"/>
            </w:pPr>
          </w:p>
        </w:tc>
        <w:tc>
          <w:tcPr>
            <w:tcW w:w="7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DF3273" w14:textId="77777777" w:rsidR="00F3386F" w:rsidRDefault="00F3386F">
            <w:pPr>
              <w:spacing w:after="0"/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9F51C0" w14:textId="77777777" w:rsidR="00F3386F" w:rsidRDefault="00F3386F">
            <w:pPr>
              <w:spacing w:after="0"/>
            </w:pP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1002D9" w14:textId="77777777" w:rsidR="00F3386F" w:rsidRDefault="0060129F">
            <w:pPr>
              <w:spacing w:after="0"/>
              <w:jc w:val="right"/>
            </w:pPr>
            <w:r>
              <w:t>VAT total in GBP (enter verified amount)</w:t>
            </w:r>
          </w:p>
        </w:tc>
        <w:tc>
          <w:tcPr>
            <w:tcW w:w="259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4A1F57" w14:textId="77777777" w:rsidR="00F3386F" w:rsidRDefault="00F3386F">
            <w:pPr>
              <w:spacing w:after="0"/>
              <w:jc w:val="right"/>
            </w:pPr>
          </w:p>
        </w:tc>
      </w:tr>
      <w:tr w:rsidR="00F3386F" w14:paraId="391465AC" w14:textId="77777777">
        <w:trPr>
          <w:jc w:val="center"/>
        </w:trPr>
        <w:tc>
          <w:tcPr>
            <w:tcW w:w="3744" w:type="dxa"/>
            <w:shd w:val="clear" w:color="auto" w:fill="EEF2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07B831" w14:textId="77777777" w:rsidR="00F3386F" w:rsidRDefault="00F3386F">
            <w:pPr>
              <w:spacing w:after="0"/>
            </w:pPr>
          </w:p>
        </w:tc>
        <w:tc>
          <w:tcPr>
            <w:tcW w:w="792" w:type="dxa"/>
            <w:shd w:val="clear" w:color="auto" w:fill="EEF2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31F901" w14:textId="77777777" w:rsidR="00F3386F" w:rsidRDefault="00F3386F">
            <w:pPr>
              <w:spacing w:after="0"/>
            </w:pPr>
          </w:p>
        </w:tc>
        <w:tc>
          <w:tcPr>
            <w:tcW w:w="1728" w:type="dxa"/>
            <w:shd w:val="clear" w:color="auto" w:fill="EEF2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2A86F6" w14:textId="77777777" w:rsidR="00F3386F" w:rsidRDefault="00F3386F">
            <w:pPr>
              <w:spacing w:after="0"/>
            </w:pPr>
          </w:p>
        </w:tc>
        <w:tc>
          <w:tcPr>
            <w:tcW w:w="1080" w:type="dxa"/>
            <w:shd w:val="clear" w:color="auto" w:fill="EEF2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885EEA" w14:textId="77777777" w:rsidR="00F3386F" w:rsidRDefault="0060129F">
            <w:pPr>
              <w:spacing w:after="0"/>
              <w:jc w:val="right"/>
            </w:pPr>
            <w:r>
              <w:rPr>
                <w:b/>
              </w:rPr>
              <w:t>Invoice total incl. VAT</w:t>
            </w:r>
          </w:p>
        </w:tc>
        <w:tc>
          <w:tcPr>
            <w:tcW w:w="2592" w:type="dxa"/>
            <w:shd w:val="clear" w:color="auto" w:fill="EEF2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ADFECB" w14:textId="1CCE9B33" w:rsidR="00F3386F" w:rsidRDefault="0060129F">
            <w:pPr>
              <w:spacing w:after="0"/>
              <w:jc w:val="right"/>
            </w:pPr>
            <w:r>
              <w:fldChar w:fldCharType="begin"/>
            </w:r>
            <w:r>
              <w:instrText>=E6+E7 \# "£#,##0.00"</w:instrText>
            </w:r>
            <w:r>
              <w:fldChar w:fldCharType="separate"/>
            </w:r>
            <w:r w:rsidR="00E0295A">
              <w:rPr>
                <w:noProof/>
              </w:rPr>
              <w:t>£   0.00</w:t>
            </w:r>
            <w:r>
              <w:fldChar w:fldCharType="end"/>
            </w:r>
          </w:p>
        </w:tc>
      </w:tr>
    </w:tbl>
    <w:p w14:paraId="5E8D4C9A" w14:textId="77777777" w:rsidR="00F3386F" w:rsidRDefault="00F3386F">
      <w:pPr>
        <w:spacing w:after="0"/>
      </w:pPr>
    </w:p>
    <w:tbl>
      <w:tblPr>
        <w:tblW w:w="0" w:type="auto"/>
        <w:jc w:val="center"/>
        <w:tblBorders>
          <w:top w:val="single" w:sz="5" w:space="0" w:color="D7DDD9"/>
          <w:left w:val="single" w:sz="5" w:space="0" w:color="D7DDD9"/>
          <w:bottom w:val="single" w:sz="5" w:space="0" w:color="D7DDD9"/>
          <w:right w:val="single" w:sz="5" w:space="0" w:color="D7DDD9"/>
          <w:insideH w:val="single" w:sz="5" w:space="0" w:color="D7DDD9"/>
          <w:insideV w:val="single" w:sz="5" w:space="0" w:color="D7DDD9"/>
        </w:tblBorders>
        <w:tblLayout w:type="fixed"/>
        <w:tblLook w:val="04A0" w:firstRow="1" w:lastRow="0" w:firstColumn="1" w:lastColumn="0" w:noHBand="0" w:noVBand="1"/>
      </w:tblPr>
      <w:tblGrid>
        <w:gridCol w:w="6264"/>
        <w:gridCol w:w="3672"/>
      </w:tblGrid>
      <w:tr w:rsidR="00F3386F" w14:paraId="12B58F86" w14:textId="77777777">
        <w:trPr>
          <w:jc w:val="center"/>
        </w:trPr>
        <w:tc>
          <w:tcPr>
            <w:tcW w:w="626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DC096F8" w14:textId="77777777" w:rsidR="00F3386F" w:rsidRDefault="0060129F">
            <w:pPr>
              <w:spacing w:after="20"/>
            </w:pPr>
            <w:r>
              <w:rPr>
                <w:b/>
                <w:color w:val="5E6C65"/>
                <w:sz w:val="14"/>
              </w:rPr>
              <w:t>NOTES / SERVICE PERIOD</w:t>
            </w:r>
          </w:p>
          <w:p w14:paraId="106C9EEF" w14:textId="77777777" w:rsidR="00F3386F" w:rsidRDefault="0060129F">
            <w:pPr>
              <w:spacing w:after="0"/>
            </w:pPr>
            <w:r>
              <w:t>Terms, service date, purchase order or supporting details</w:t>
            </w:r>
          </w:p>
        </w:tc>
        <w:tc>
          <w:tcPr>
            <w:tcW w:w="367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219ED99" w14:textId="77777777" w:rsidR="00F3386F" w:rsidRDefault="0060129F">
            <w:pPr>
              <w:spacing w:after="20"/>
            </w:pPr>
            <w:r>
              <w:rPr>
                <w:b/>
                <w:color w:val="5E6C65"/>
                <w:sz w:val="14"/>
              </w:rPr>
              <w:t>PAYMENT DETAILS</w:t>
            </w:r>
          </w:p>
          <w:p w14:paraId="27BCD7F5" w14:textId="77777777" w:rsidR="00F3386F" w:rsidRDefault="0060129F">
            <w:pPr>
              <w:spacing w:after="0"/>
            </w:pPr>
            <w:r>
              <w:t>Method, account or reference</w:t>
            </w:r>
          </w:p>
        </w:tc>
      </w:tr>
    </w:tbl>
    <w:p w14:paraId="5A4FC006" w14:textId="77777777" w:rsidR="00F3386F" w:rsidRDefault="0060129F">
      <w:pPr>
        <w:spacing w:before="80" w:after="0"/>
      </w:pPr>
      <w:r>
        <w:rPr>
          <w:color w:val="5E6C65"/>
          <w:sz w:val="15"/>
        </w:rPr>
        <w:t>UK VAT fields: show quantity, VAT rate, unit price excluding VAT and total VAT in pounds. Enter verified VAT figures yourself.</w:t>
      </w:r>
    </w:p>
    <w:sectPr w:rsidR="00F3386F" w:rsidSect="00034616">
      <w:footerReference w:type="default" r:id="rId8"/>
      <w:pgSz w:w="12240" w:h="15840"/>
      <w:pgMar w:top="605" w:right="1123" w:bottom="605" w:left="1123" w:header="720" w:footer="2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73C7E" w14:textId="77777777" w:rsidR="0060129F" w:rsidRDefault="0060129F">
      <w:pPr>
        <w:spacing w:after="0"/>
      </w:pPr>
      <w:r>
        <w:separator/>
      </w:r>
    </w:p>
  </w:endnote>
  <w:endnote w:type="continuationSeparator" w:id="0">
    <w:p w14:paraId="6CDADAE9" w14:textId="77777777" w:rsidR="0060129F" w:rsidRDefault="0060129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79FA4" w14:textId="77777777" w:rsidR="00F3386F" w:rsidRDefault="0060129F">
    <w:pPr>
      <w:pStyle w:val="a7"/>
      <w:jc w:val="center"/>
    </w:pPr>
    <w:r>
      <w:rPr>
        <w:color w:val="5E6C65"/>
        <w:sz w:val="14"/>
      </w:rPr>
      <w:t>Free template from invosmith.com  •  no sign-up  •  no watermark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DE27A" w14:textId="77777777" w:rsidR="0060129F" w:rsidRDefault="0060129F">
      <w:pPr>
        <w:spacing w:after="0"/>
      </w:pPr>
      <w:r>
        <w:separator/>
      </w:r>
    </w:p>
  </w:footnote>
  <w:footnote w:type="continuationSeparator" w:id="0">
    <w:p w14:paraId="534EE3AC" w14:textId="77777777" w:rsidR="0060129F" w:rsidRDefault="0060129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2240954">
    <w:abstractNumId w:val="8"/>
  </w:num>
  <w:num w:numId="2" w16cid:durableId="1157964282">
    <w:abstractNumId w:val="6"/>
  </w:num>
  <w:num w:numId="3" w16cid:durableId="857692204">
    <w:abstractNumId w:val="5"/>
  </w:num>
  <w:num w:numId="4" w16cid:durableId="1013842249">
    <w:abstractNumId w:val="4"/>
  </w:num>
  <w:num w:numId="5" w16cid:durableId="1471170430">
    <w:abstractNumId w:val="7"/>
  </w:num>
  <w:num w:numId="6" w16cid:durableId="1619680578">
    <w:abstractNumId w:val="3"/>
  </w:num>
  <w:num w:numId="7" w16cid:durableId="509226160">
    <w:abstractNumId w:val="2"/>
  </w:num>
  <w:num w:numId="8" w16cid:durableId="400952085">
    <w:abstractNumId w:val="1"/>
  </w:num>
  <w:num w:numId="9" w16cid:durableId="1364209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56534"/>
    <w:rsid w:val="0060129F"/>
    <w:rsid w:val="00AA1D8D"/>
    <w:rsid w:val="00B47730"/>
    <w:rsid w:val="00CB0664"/>
    <w:rsid w:val="00E0295A"/>
    <w:rsid w:val="00F338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E5A13B"/>
  <w14:defaultImageDpi w14:val="300"/>
  <w15:docId w15:val="{DF5F837F-32A4-499E-8553-E675A2C54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Arial" w:hAnsi="Arial"/>
      <w:color w:val="17251F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United Kingdom VAT invoice — free Word invoice template</dc:title>
  <dc:subject>Editable invoice template with Word formula fields</dc:subject>
  <dc:creator>Invosmith</dc:creator>
  <cp:keywords>invoice, Microsoft Word, docx, template</cp:keywords>
  <dc:description>generated by python-docx</dc:description>
  <cp:lastModifiedBy>昊 徐</cp:lastModifiedBy>
  <cp:revision>2</cp:revision>
  <dcterms:created xsi:type="dcterms:W3CDTF">2013-12-23T23:15:00Z</dcterms:created>
  <dcterms:modified xsi:type="dcterms:W3CDTF">2026-09-26T17:47:00Z</dcterms:modified>
  <cp:category/>
</cp:coreProperties>
</file>