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F67A5"/>
          <w:sz w:val="16"/>
        </w:rPr>
        <w:t>INVOSMITH FREE TEMPLATE</w:t>
      </w:r>
    </w:p>
    <w:p>
      <w:pPr>
        <w:pStyle w:val="Title"/>
        <w:spacing w:after="0"/>
      </w:pPr>
      <w:r>
        <w:t>Photography Invoice</w:t>
      </w:r>
    </w:p>
    <w:p>
      <w:pPr>
        <w:spacing w:after="200"/>
      </w:pPr>
      <w:r>
        <w:rPr>
          <w:color w:val="5F6B7A"/>
        </w:rPr>
        <w:t>Session, deliverables and agreed image use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/>
                <w:color w:val="1D2838"/>
                <w:sz w:val="18"/>
              </w:rPr>
              <w:t>YOUR BUSINESS NAME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1D2838"/>
                <w:sz w:val="18"/>
              </w:rPr>
              <w:t>INVOICE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Address · email · phone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P-118</w:t>
            </w:r>
          </w:p>
        </w:tc>
      </w:tr>
      <w:tr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left"/>
            </w:pPr>
            <w:r>
              <w:rPr>
                <w:b w:val="0"/>
                <w:color w:val="5F6B7A"/>
                <w:sz w:val="16"/>
              </w:rPr>
              <w:t>Tax or business ID, if applicable</w:t>
            </w:r>
          </w:p>
        </w:tc>
        <w:tc>
          <w:tcPr>
            <w:tcW w:type="dxa" w:w="5285"/>
            <w:tcMar>
              <w:top w:w="45" w:type="dxa"/>
              <w:start w:w="70" w:type="dxa"/>
              <w:bottom w:w="45" w:type="dxa"/>
              <w:end w:w="70" w:type="dxa"/>
            </w:tcMar>
            <w:vAlign w:val="center"/>
          </w:tcPr>
          <w:p>
            <w:pPr>
              <w:jc w:val="right"/>
            </w:pPr>
            <w:r>
              <w:rPr>
                <w:b/>
                <w:color w:val="5F6B7A"/>
                <w:sz w:val="16"/>
              </w:rPr>
              <w:t>13 June 2026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523"/>
        <w:gridCol w:w="3523"/>
        <w:gridCol w:w="3523"/>
      </w:tblGrid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BILL TO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WORK OR EVENT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  <w:shd w:fill="EEF4FA"/>
          </w:tcPr>
          <w:p>
            <w:r>
              <w:rPr>
                <w:b/>
                <w:sz w:val="14"/>
              </w:rPr>
              <w:t>TERMS</w:t>
            </w:r>
          </w:p>
        </w:tc>
      </w:tr>
      <w:tr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Client name</w:t>
              <w:br/>
              <w:t>Client address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Date, site and reference</w:t>
            </w:r>
          </w:p>
        </w:tc>
        <w:tc>
          <w:tcPr>
            <w:tcW w:type="dxa" w:w="352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b w:val="0"/>
                <w:sz w:val="18"/>
              </w:rPr>
              <w:t>Net 14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760"/>
        <w:gridCol w:w="1008"/>
        <w:gridCol w:w="1152"/>
        <w:gridCol w:w="1152"/>
      </w:tblGrid>
      <w:tr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DESCRIPTION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264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25C"/>
          </w:tcPr>
          <w:p>
            <w:r>
              <w:rPr>
                <w:b/>
                <w:color w:val="FFFFFF"/>
                <w:sz w:val="14"/>
              </w:rPr>
              <w:t>AMOUNT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Half-day product shoot - 12 June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$650.00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$650.00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25 edited images - high-res and web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$300.00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$300.00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Agreed web and organic social use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$250.00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$250.00</w:t>
            </w:r>
          </w:p>
        </w:tc>
      </w:tr>
      <w:tr>
        <w:tc>
          <w:tcPr>
            <w:tcW w:type="dxa" w:w="5760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Extra coverage beyond booking</w:t>
            </w:r>
          </w:p>
        </w:tc>
        <w:tc>
          <w:tcPr>
            <w:tcW w:type="dxa" w:w="1008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left"/>
            </w:pPr>
            <w:r>
              <w:rPr>
                <w:sz w:val="17"/>
              </w:rPr>
              <w:t>1 hr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  <w:tc>
          <w:tcPr>
            <w:tcW w:type="dxa" w:w="1152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right"/>
            </w:pPr>
            <w:r>
              <w:rPr>
                <w:sz w:val="17"/>
              </w:rPr>
              <w:t>$120.00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Subtotal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$1,320.00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Retainer received - 28 May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-$400.00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>
              <w:rPr>
                <w:b w:val="0"/>
                <w:sz w:val="17"/>
              </w:rPr>
              <w:t>Tax entered for this transaction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right"/>
            </w:pPr>
            <w:r>
              <w:rPr>
                <w:b w:val="0"/>
                <w:sz w:val="17"/>
              </w:rPr>
              <w:t>$0.00</w:t>
            </w:r>
          </w:p>
        </w:tc>
      </w:tr>
      <w:tr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left"/>
            </w:pPr>
            <w:r>
              <w:rPr>
                <w:b/>
                <w:sz w:val="17"/>
              </w:rPr>
              <w:t>AMOUNT DUE</w:t>
            </w:r>
          </w:p>
        </w:tc>
        <w:tc>
          <w:tcPr>
            <w:tcW w:type="dxa" w:w="5285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EEF4FA"/>
          </w:tcPr>
          <w:p>
            <w:pPr>
              <w:jc w:val="right"/>
            </w:pPr>
            <w:r>
              <w:rPr>
                <w:b/>
                <w:sz w:val="17"/>
              </w:rPr>
              <w:t>$920.00</w:t>
            </w:r>
          </w:p>
        </w:tc>
      </w:tr>
    </w:tbl>
    <w:p>
      <w:pPr>
        <w:spacing w:before="180" w:after="20"/>
      </w:pPr>
      <w:r>
        <w:rPr>
          <w:b/>
          <w:color w:val="5F6B7A"/>
          <w:sz w:val="16"/>
        </w:rPr>
        <w:t>Payment instructions</w:t>
      </w:r>
    </w:p>
    <w:p>
      <w:r>
        <w:t>Add the agreed payment method and reference. Check all details before sending.</w:t>
      </w:r>
    </w:p>
    <w:p>
      <w:pPr>
        <w:jc w:val="center"/>
      </w:pPr>
      <w:r>
        <w:rPr>
          <w:color w:val="5F6B7A"/>
          <w:sz w:val="14"/>
        </w:rPr>
        <w:t>Free template from invosmith.com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D28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