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F67A5"/>
          <w:sz w:val="16"/>
        </w:rPr>
        <w:t>PLUMBING SERVICE BILLING</w:t>
      </w:r>
    </w:p>
    <w:p>
      <w:pPr>
        <w:spacing w:after="0"/>
      </w:pPr>
      <w:r>
        <w:rPr>
          <w:b/>
          <w:color w:val="17325C"/>
          <w:sz w:val="40"/>
        </w:rPr>
        <w:t>Standard service call</w:t>
      </w:r>
    </w:p>
    <w:p>
      <w:pPr>
        <w:spacing w:after="200"/>
      </w:pPr>
      <w:r>
        <w:rPr>
          <w:color w:val="5F6B7A"/>
        </w:rPr>
        <w:t>Service call, diagnosis, labor and parts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b/>
                <w:color w:val="1D2838"/>
                <w:sz w:val="18"/>
              </w:rPr>
              <w:t>NORTHLINE PLUMBING CO.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b/>
                <w:color w:val="1D2838"/>
                <w:sz w:val="18"/>
              </w:rPr>
              <w:t>INVOICE</w:t>
            </w:r>
          </w:p>
        </w:tc>
      </w:tr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color w:val="5F6B7A"/>
                <w:sz w:val="16"/>
              </w:rPr>
              <w:t>Service &amp; repair · 456 River Road · Austin, TX 78704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color w:val="5F6B7A"/>
                <w:sz w:val="16"/>
              </w:rPr>
              <w:t>PL-1048</w:t>
            </w:r>
          </w:p>
        </w:tc>
      </w:tr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color w:val="5F6B7A"/>
                <w:sz w:val="16"/>
              </w:rPr>
              <w:t>info@northlineplumbing.example · (512) 555-0198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color w:val="5F6B7A"/>
                <w:sz w:val="16"/>
              </w:rPr>
              <w:t>15 June 2026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672"/>
        <w:gridCol w:w="3240"/>
        <w:gridCol w:w="2304"/>
      </w:tblGrid>
      <w:tr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BILL TO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SERVICE ADDRESS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PAYMENT TERMS</w:t>
            </w:r>
          </w:p>
        </w:tc>
      </w:tr>
      <w:tr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Morgan Taylor</w:t>
              <w:br/>
              <w:t>123 Oak Street</w:t>
              <w:br/>
              <w:t>Austin, TX 78701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456 River Road</w:t>
              <w:br/>
              <w:t>Austin, TX 78704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Due on receipt</w:t>
              <w:br/>
              <w:t>Reference PL-1048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976"/>
        <w:gridCol w:w="936"/>
        <w:gridCol w:w="1152"/>
        <w:gridCol w:w="1152"/>
      </w:tblGrid>
      <w:tr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QTY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AMOUNT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Service call - 15 May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$85.00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$85.00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Diagnosis - locate kitchen leak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$95.00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$95.00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Repair labor - 2.0 hours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2.0 hr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$85.00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$170.00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P-trap assembly and fittings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$128.50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$128.50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b w:val="0"/>
                <w:sz w:val="16"/>
              </w:rPr>
              <w:t>Subtotal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right"/>
            </w:pPr>
            <w:r>
              <w:rPr>
                <w:b w:val="0"/>
                <w:sz w:val="16"/>
              </w:rPr>
              <w:t>$478.50</w:t>
            </w:r>
          </w:p>
        </w:tc>
      </w:tr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b w:val="0"/>
                <w:sz w:val="16"/>
              </w:rPr>
              <w:t>Tax (entered for this transaction)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right"/>
            </w:pPr>
            <w:r>
              <w:rPr>
                <w:b w:val="0"/>
                <w:sz w:val="16"/>
              </w:rPr>
              <w:t>$0.00</w:t>
            </w:r>
          </w:p>
        </w:tc>
      </w:tr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shd w:fill="EEF4FA"/>
          </w:tcPr>
          <w:p>
            <w:pPr>
              <w:jc w:val="left"/>
            </w:pPr>
            <w:r>
              <w:rPr>
                <w:b/>
                <w:sz w:val="18"/>
              </w:rPr>
              <w:t>AMOUNT DUE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shd w:fill="EEF4FA"/>
          </w:tcPr>
          <w:p>
            <w:pPr>
              <w:jc w:val="right"/>
            </w:pPr>
            <w:r>
              <w:rPr>
                <w:b/>
                <w:sz w:val="18"/>
              </w:rPr>
              <w:t>$478.50</w:t>
            </w:r>
          </w:p>
        </w:tc>
      </w:tr>
    </w:tbl>
    <w:p>
      <w:pPr>
        <w:spacing w:before="200" w:after="40"/>
      </w:pPr>
      <w:r>
        <w:rPr>
          <w:b/>
          <w:color w:val="5F6B7A"/>
          <w:sz w:val="16"/>
        </w:rPr>
        <w:t>Payment instructions</w:t>
      </w:r>
    </w:p>
    <w:p>
      <w:r>
        <w:t>ACH or card payment accepted. Please reference invoice PL-1048. Thank you for your business.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D28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