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Job and service quote</w:t>
      </w:r>
    </w:p>
    <w:p>
      <w:pPr>
        <w:pStyle w:val="Subtitle"/>
      </w:pPr>
      <w:r>
        <w:t>Australia GST</w:t>
      </w:r>
    </w:p>
    <w:p>
      <w:pPr>
        <w:spacing w:after="100"/>
      </w:pPr>
      <w:r>
        <w:rPr>
          <w:sz w:val="18"/>
        </w:rPr>
        <w:t>This is a quote, not a tax invoice. Complete all relevant fields before sending.</w:t>
      </w:r>
    </w:p>
    <w:p>
      <w:pPr>
        <w:spacing w:after="100"/>
      </w:pPr>
      <w:r>
        <w:t>Quote number: ____________________   Revision: ____________________</w:t>
      </w:r>
    </w:p>
    <w:p>
      <w:pPr>
        <w:spacing w:after="100"/>
      </w:pPr>
      <w:r>
        <w:t>Issue date: ______________________   Valid until: __________________</w:t>
      </w:r>
    </w:p>
    <w:p>
      <w:pPr>
        <w:spacing w:after="100"/>
      </w:pPr>
      <w:r>
        <w:t>Currency: _______________________   Job reference: _________________</w:t>
      </w:r>
    </w:p>
    <w:p>
      <w:pPr>
        <w:pStyle w:val="Heading1"/>
      </w:pPr>
      <w:r>
        <w:t>Business and customer</w:t>
      </w:r>
    </w:p>
    <w:p>
      <w:pPr>
        <w:spacing w:after="100"/>
      </w:pPr>
      <w:r>
        <w:t>Business legal or trading name: ___________________________________________</w:t>
      </w:r>
    </w:p>
    <w:p>
      <w:pPr>
        <w:spacing w:after="100"/>
      </w:pPr>
      <w:r>
        <w:t>ABN: _______________________________________________________</w:t>
      </w:r>
    </w:p>
    <w:p>
      <w:pPr>
        <w:spacing w:after="100"/>
      </w:pPr>
      <w:r>
        <w:t>Business address: _______________________________________________________</w:t>
      </w:r>
    </w:p>
    <w:p>
      <w:pPr>
        <w:spacing w:after="100"/>
      </w:pPr>
      <w:r>
        <w:t>Business contact and email or phone: _______________________________________</w:t>
      </w:r>
    </w:p>
    <w:p>
      <w:pPr>
        <w:spacing w:after="100"/>
      </w:pPr>
      <w:r>
        <w:t>Customer name: ________________________________________________________</w:t>
      </w:r>
    </w:p>
    <w:p>
      <w:pPr>
        <w:spacing w:after="100"/>
      </w:pPr>
      <w:r>
        <w:t>Customer address: ______________________________________________________</w:t>
      </w:r>
    </w:p>
    <w:p>
      <w:pPr>
        <w:spacing w:after="100"/>
      </w:pPr>
      <w:r>
        <w:t>Customer contact and email or phone: ______________________________________</w:t>
      </w:r>
    </w:p>
    <w:p>
      <w:pPr>
        <w:spacing w:after="100"/>
      </w:pPr>
      <w:r>
        <w:t>Job title and site or service location: ________________________________________</w:t>
      </w:r>
    </w:p>
    <w:p>
      <w:pPr>
        <w:pStyle w:val="Heading1"/>
      </w:pPr>
      <w:r>
        <w:t>Itemised work and price</w:t>
      </w:r>
    </w:p>
    <w:p>
      <w:pPr>
        <w:spacing w:after="100"/>
      </w:pPr>
      <w:r>
        <w:rPr>
          <w:sz w:val="18"/>
        </w:rPr>
        <w:t>Unit rates and line amounts exclude GST. Enter actual applicable rates in the tax breakdown.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800"/>
        <w:gridCol w:w="960"/>
        <w:gridCol w:w="1640"/>
        <w:gridCol w:w="1640"/>
      </w:tblGrid>
      <w:tr>
        <w:trPr>
          <w:trHeight w:val="500"/>
          <w:cantSplit/>
          <w:tblHeader/>
        </w:trPr>
        <w:tc>
          <w:tcPr>
            <w:tcW w:type="dxa" w:w="5040"/>
            <w:vAlign w:val="center"/>
            <w:shd w:fill="E8EEF2"/>
          </w:tcPr>
          <w:p>
            <w:pPr>
              <w:spacing w:after="0" w:before="0"/>
            </w:pPr>
            <w:r>
              <w:rPr>
                <w:b/>
                <w:sz w:val="18"/>
              </w:rPr>
              <w:t>Work or service description</w:t>
            </w:r>
          </w:p>
        </w:tc>
        <w:tc>
          <w:tcPr>
            <w:tcW w:type="dxa" w:w="800"/>
            <w:vAlign w:val="center"/>
            <w:shd w:fill="E8EEF2"/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Qty</w:t>
            </w:r>
          </w:p>
        </w:tc>
        <w:tc>
          <w:tcPr>
            <w:tcW w:type="dxa" w:w="960"/>
            <w:vAlign w:val="center"/>
            <w:shd w:fill="E8EEF2"/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Unit</w:t>
            </w:r>
          </w:p>
        </w:tc>
        <w:tc>
          <w:tcPr>
            <w:tcW w:type="dxa" w:w="1640"/>
            <w:vAlign w:val="center"/>
            <w:shd w:fill="E8EEF2"/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Unit rate</w:t>
            </w:r>
          </w:p>
        </w:tc>
        <w:tc>
          <w:tcPr>
            <w:tcW w:type="dxa" w:w="1640"/>
            <w:vAlign w:val="center"/>
            <w:shd w:fill="E8EEF2"/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Amount</w:t>
            </w:r>
          </w:p>
        </w:tc>
      </w:tr>
      <w:tr>
        <w:trPr>
          <w:trHeight w:val="500"/>
          <w:cantSplit/>
        </w:trPr>
        <w:tc>
          <w:tcPr>
            <w:tcW w:type="dxa" w:w="50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80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96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</w:tr>
      <w:tr>
        <w:trPr>
          <w:trHeight w:val="500"/>
          <w:cantSplit/>
        </w:trPr>
        <w:tc>
          <w:tcPr>
            <w:tcW w:type="dxa" w:w="50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80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96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</w:tr>
      <w:tr>
        <w:trPr>
          <w:trHeight w:val="500"/>
          <w:cantSplit/>
        </w:trPr>
        <w:tc>
          <w:tcPr>
            <w:tcW w:type="dxa" w:w="50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80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96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</w:tr>
      <w:tr>
        <w:trPr>
          <w:trHeight w:val="500"/>
          <w:cantSplit/>
        </w:trPr>
        <w:tc>
          <w:tcPr>
            <w:tcW w:type="dxa" w:w="50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80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96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000"/>
        <w:gridCol w:w="3080"/>
      </w:tblGrid>
      <w:tr>
        <w:trPr>
          <w:trHeight w:val="440"/>
          <w:cantSplit/>
        </w:trPr>
        <w:tc>
          <w:tcPr>
            <w:tcW w:type="dxa" w:w="70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Subtotal excluding GST</w:t>
            </w:r>
          </w:p>
        </w:tc>
        <w:tc>
          <w:tcPr>
            <w:tcW w:type="dxa" w:w="308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________________</w:t>
            </w:r>
          </w:p>
        </w:tc>
      </w:tr>
      <w:tr>
        <w:trPr>
          <w:trHeight w:val="440"/>
          <w:cantSplit/>
        </w:trPr>
        <w:tc>
          <w:tcPr>
            <w:tcW w:type="dxa" w:w="70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GST rate(s) and taxable amount(s)</w:t>
            </w:r>
          </w:p>
        </w:tc>
        <w:tc>
          <w:tcPr>
            <w:tcW w:type="dxa" w:w="308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________________</w:t>
            </w:r>
          </w:p>
        </w:tc>
      </w:tr>
      <w:tr>
        <w:trPr>
          <w:trHeight w:val="440"/>
          <w:cantSplit/>
        </w:trPr>
        <w:tc>
          <w:tcPr>
            <w:tcW w:type="dxa" w:w="70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GST amount</w:t>
            </w:r>
          </w:p>
        </w:tc>
        <w:tc>
          <w:tcPr>
            <w:tcW w:type="dxa" w:w="308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________________</w:t>
            </w:r>
          </w:p>
        </w:tc>
      </w:tr>
      <w:tr>
        <w:trPr>
          <w:trHeight w:val="440"/>
          <w:cantSplit/>
        </w:trPr>
        <w:tc>
          <w:tcPr>
            <w:tcW w:type="dxa" w:w="70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Total including GST</w:t>
            </w:r>
          </w:p>
        </w:tc>
        <w:tc>
          <w:tcPr>
            <w:tcW w:type="dxa" w:w="308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________________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sz w:val="18"/>
        </w:rPr>
        <w:t>Complete the scope, payment schedule and acceptance on page 2. Retain both pages together.</w:t>
      </w:r>
    </w:p>
    <w:p>
      <w:r>
        <w:br w:type="page"/>
      </w:r>
    </w:p>
    <w:p>
      <w:pPr>
        <w:pStyle w:val="Title"/>
      </w:pPr>
      <w:r>
        <w:t>Scope payment and acceptance</w:t>
      </w:r>
    </w:p>
    <w:p>
      <w:pPr>
        <w:pStyle w:val="Subtitle"/>
      </w:pPr>
      <w:r>
        <w:t>Australia GST</w:t>
      </w:r>
    </w:p>
    <w:p>
      <w:pPr>
        <w:spacing w:after="100"/>
      </w:pPr>
      <w:r>
        <w:t>Quote number: ____________________   Revision: ____________________</w:t>
      </w:r>
    </w:p>
    <w:p>
      <w:pPr>
        <w:spacing w:after="100"/>
      </w:pPr>
      <w:r>
        <w:t>Business: ________________________   Customer: ___________________</w:t>
      </w:r>
    </w:p>
    <w:p>
      <w:pPr>
        <w:pStyle w:val="Heading1"/>
      </w:pPr>
      <w:r>
        <w:t>Scope and timing</w:t>
      </w:r>
    </w:p>
    <w:p>
      <w:pPr>
        <w:spacing w:after="100"/>
      </w:pPr>
      <w:r>
        <w:t>Included work and deliverables: ____________________________________________</w:t>
      </w:r>
    </w:p>
    <w:p>
      <w:pPr>
        <w:spacing w:after="100"/>
      </w:pPr>
      <w:r>
        <w:t>______________________________________________________________________</w:t>
      </w:r>
    </w:p>
    <w:p>
      <w:pPr>
        <w:spacing w:after="100"/>
      </w:pPr>
      <w:r>
        <w:t>Scope attachments and versions: ___________________________________________</w:t>
      </w:r>
    </w:p>
    <w:p>
      <w:pPr>
        <w:spacing w:after="100"/>
      </w:pPr>
      <w:r>
        <w:t>Exclusions and assumptions: ______________________________________________</w:t>
      </w:r>
    </w:p>
    <w:p>
      <w:pPr>
        <w:spacing w:after="100"/>
      </w:pPr>
      <w:r>
        <w:t>______________________________________________________________________</w:t>
      </w:r>
    </w:p>
    <w:p>
      <w:pPr>
        <w:spacing w:after="100"/>
      </w:pPr>
      <w:r>
        <w:t>Allowances and items to confirm: ___________________________________________</w:t>
      </w:r>
    </w:p>
    <w:p>
      <w:pPr>
        <w:spacing w:after="100"/>
      </w:pPr>
      <w:r>
        <w:t>Proposed start date: _______________   Completion date: ______________</w:t>
      </w:r>
    </w:p>
    <w:p>
      <w:pPr>
        <w:spacing w:after="100"/>
      </w:pPr>
      <w:r>
        <w:t>Variations already agreed and revision reference: ______________________________</w:t>
      </w:r>
    </w:p>
    <w:p>
      <w:pPr>
        <w:spacing w:after="100"/>
      </w:pPr>
      <w:r>
        <w:t>How future scope, price and timing changes will be agreed: ______________________</w:t>
      </w:r>
    </w:p>
    <w:p>
      <w:pPr>
        <w:spacing w:after="100"/>
      </w:pPr>
      <w:r>
        <w:t>______________________________________________________________________</w:t>
      </w:r>
    </w:p>
    <w:p>
      <w:pPr>
        <w:pStyle w:val="Heading1"/>
      </w:pPr>
      <w:r>
        <w:t>Payment schedule</w:t>
      </w:r>
    </w:p>
    <w:p>
      <w:pPr>
        <w:spacing w:after="100"/>
      </w:pPr>
      <w:r>
        <w:rPr>
          <w:sz w:val="18"/>
        </w:rPr>
        <w:t>Use the same currency and tax basis as the quote total. Mark unused stages N/A.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40"/>
        <w:gridCol w:w="3240"/>
        <w:gridCol w:w="4500"/>
      </w:tblGrid>
      <w:tr>
        <w:trPr>
          <w:trHeight w:val="600"/>
          <w:cantSplit/>
          <w:tblHeader/>
        </w:trPr>
        <w:tc>
          <w:tcPr>
            <w:tcW w:type="dxa" w:w="2340"/>
            <w:vAlign w:val="center"/>
            <w:shd w:fill="E8EEF2"/>
          </w:tcPr>
          <w:p>
            <w:pPr>
              <w:spacing w:after="0" w:before="0"/>
            </w:pPr>
            <w:r>
              <w:rPr>
                <w:b/>
                <w:sz w:val="18"/>
              </w:rPr>
              <w:t>Stage</w:t>
            </w:r>
          </w:p>
        </w:tc>
        <w:tc>
          <w:tcPr>
            <w:tcW w:type="dxa" w:w="3240"/>
            <w:vAlign w:val="center"/>
            <w:shd w:fill="E8EEF2"/>
          </w:tcPr>
          <w:p>
            <w:pPr>
              <w:spacing w:after="0" w:before="0"/>
            </w:pPr>
            <w:r>
              <w:rPr>
                <w:b/>
                <w:sz w:val="18"/>
              </w:rPr>
              <w:t>Amount or calculation</w:t>
            </w:r>
          </w:p>
        </w:tc>
        <w:tc>
          <w:tcPr>
            <w:tcW w:type="dxa" w:w="4500"/>
            <w:vAlign w:val="center"/>
            <w:shd w:fill="E8EEF2"/>
          </w:tcPr>
          <w:p>
            <w:pPr>
              <w:spacing w:after="0" w:before="0"/>
            </w:pPr>
            <w:r>
              <w:rPr>
                <w:b/>
                <w:sz w:val="18"/>
              </w:rPr>
              <w:t>Due date or agreed trigger</w:t>
            </w:r>
          </w:p>
        </w:tc>
      </w:tr>
      <w:tr>
        <w:trPr>
          <w:trHeight w:val="600"/>
          <w:cantSplit/>
        </w:trPr>
        <w:tc>
          <w:tcPr>
            <w:tcW w:type="dxa" w:w="23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Deposit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45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</w:tr>
      <w:tr>
        <w:trPr>
          <w:trHeight w:val="600"/>
          <w:cantSplit/>
        </w:trPr>
        <w:tc>
          <w:tcPr>
            <w:tcW w:type="dxa" w:w="23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Milestone / progress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45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</w:tr>
      <w:tr>
        <w:trPr>
          <w:trHeight w:val="600"/>
          <w:cantSplit/>
        </w:trPr>
        <w:tc>
          <w:tcPr>
            <w:tcW w:type="dxa" w:w="23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Balance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45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spacing w:after="100"/>
      </w:pPr>
      <w:r>
        <w:t>Payment method and payment reference: ____________________________________</w:t>
      </w:r>
    </w:p>
    <w:p>
      <w:pPr>
        <w:spacing w:after="100"/>
      </w:pPr>
      <w:r>
        <w:t>Other agreed payment terms or attached terms version: _________________________</w:t>
      </w:r>
    </w:p>
    <w:p>
      <w:pPr>
        <w:pStyle w:val="Heading1"/>
      </w:pPr>
      <w:r>
        <w:t>Acceptance of this quote</w:t>
      </w:r>
    </w:p>
    <w:p>
      <w:pPr>
        <w:spacing w:after="100"/>
      </w:pPr>
      <w:r>
        <w:rPr>
          <w:sz w:val="18"/>
        </w:rPr>
        <w:t>I accept the work, price and terms in the quote and attachments identified below.</w:t>
      </w:r>
    </w:p>
    <w:p>
      <w:pPr>
        <w:spacing w:after="100"/>
      </w:pPr>
      <w:r>
        <w:t>Accepted quote number: ____________________   Revision: ______________</w:t>
      </w:r>
    </w:p>
    <w:p>
      <w:pPr>
        <w:spacing w:after="100"/>
      </w:pPr>
      <w:r>
        <w:t>Attachments and versions accepted: ________________________________________</w:t>
      </w:r>
    </w:p>
    <w:p>
      <w:pPr>
        <w:spacing w:after="100"/>
      </w:pPr>
      <w:r>
        <w:t>Customer name and role: __________________________________________________</w:t>
      </w:r>
    </w:p>
    <w:p>
      <w:pPr>
        <w:spacing w:after="100"/>
      </w:pPr>
      <w:r>
        <w:t>Customer signature: __________________________   Date: ______________</w:t>
      </w:r>
    </w:p>
    <w:p>
      <w:pPr>
        <w:spacing w:after="100"/>
      </w:pPr>
      <w:r>
        <w:t>Business representative: _______________________   Date: ______________</w:t>
      </w:r>
    </w:p>
    <w:p>
      <w:pPr>
        <w:spacing w:after="100"/>
      </w:pPr>
      <w:r>
        <w:rPr>
          <w:sz w:val="18"/>
        </w:rPr>
        <w:t>Keep the accepted quote and its attachments together. Mark unused fields N/A.</w:t>
      </w:r>
    </w:p>
    <w:sectPr w:rsidR="00FC693F" w:rsidRPr="0006063C" w:rsidSect="00034616">
      <w:footerReference w:type="default" r:id="rId9"/>
      <w:pgSz w:w="12240" w:h="15840"/>
      <w:pgMar w:top="792" w:right="1080" w:bottom="792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Quote number: __________________  Revision: __________    Page </w:t>
    </w:r>
    <w:fldSimple w:instr="PAGE"/>
    <w:r>
      <w:rPr>
        <w:sz w:val="16"/>
      </w:rPr>
      <w:t xml:space="preserve"> of 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and service quote Australia GST</dc:title>
  <dc:subject>Blank job and service quote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